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F60B" w14:textId="1F0FB858" w:rsidR="004B271D" w:rsidRDefault="00E2156E">
      <w:r>
        <w:t>§59-475.1. Registration as engineer or surveyor - Privilege.</w:t>
      </w:r>
      <w:r>
        <w:br/>
        <w:t xml:space="preserve">    In order to safeguard life, health and property, and to promote</w:t>
      </w:r>
      <w:r>
        <w:br/>
        <w:t>the public welfare, the practice of engineering and the practice of</w:t>
      </w:r>
      <w:r>
        <w:br/>
        <w:t xml:space="preserve">surveying in this state </w:t>
      </w:r>
      <w:proofErr w:type="gramStart"/>
      <w:r>
        <w:t>are</w:t>
      </w:r>
      <w:proofErr w:type="gramEnd"/>
      <w:r>
        <w:t xml:space="preserve"> hereby declared to be subject to</w:t>
      </w:r>
      <w:r>
        <w:br/>
        <w:t>regulation in the public interest. It shall be unlawful for any</w:t>
      </w:r>
      <w:r>
        <w:br/>
        <w:t>person or entity to practice or to offer to practice engineering</w:t>
      </w:r>
      <w:r>
        <w:br/>
        <w:t>and/or surveying in this state, as defined in the provisions of this</w:t>
      </w:r>
      <w:r>
        <w:br/>
        <w:t>act, or to use in connection with any name or otherwise assume or</w:t>
      </w:r>
      <w:r>
        <w:br/>
        <w:t>advertise any title or description tending to convey the impression</w:t>
      </w:r>
      <w:r>
        <w:br/>
        <w:t>that they are a licensed engineer, professional engineer,</w:t>
      </w:r>
      <w:r>
        <w:br/>
        <w:t>professional structural engineer, a licensed surveyor and/or</w:t>
      </w:r>
      <w:r>
        <w:br/>
        <w:t>professional surveyor, unless such person has been duly licensed,</w:t>
      </w:r>
      <w:r>
        <w:br/>
        <w:t>authorized, or is exempt under the provisions of this act. The</w:t>
      </w:r>
      <w:r>
        <w:br/>
        <w:t>practice of engineering or surveying shall be deemed a privilege</w:t>
      </w:r>
      <w:r>
        <w:br/>
        <w:t>granted by the state through the State Board of Licensure for</w:t>
      </w:r>
      <w:r>
        <w:br/>
        <w:t>Professional Engineers and Surveyors, based on the qualifications of</w:t>
      </w:r>
      <w:r>
        <w:br/>
        <w:t>the individual as evidenced by a license, which shall not be</w:t>
      </w:r>
      <w:r>
        <w:br/>
        <w:t>transferable.</w:t>
      </w:r>
      <w:r>
        <w:br/>
        <w:t xml:space="preserve">Added by Laws 1968, c. 245, § 1,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1; Laws 1992, c. 165, § 1, eff. July</w:t>
      </w:r>
      <w:r>
        <w:br/>
        <w:t>1, 1992; Laws 2005, c. 115, § 1, eff. Nov. 1, 2005; Laws 2017, c.</w:t>
      </w:r>
      <w:r>
        <w:br/>
        <w:t>259, § 1, eff. Nov. 1, 2017; Laws 2024, c. 147, § 9, eff. Nov. 1,</w:t>
      </w:r>
      <w:r>
        <w:br/>
        <w:t>2024.</w:t>
      </w:r>
      <w:r>
        <w:br/>
      </w:r>
      <w:r>
        <w:br/>
        <w:t>§59-475.2. Definitions.</w:t>
      </w:r>
      <w:r>
        <w:br/>
        <w:t xml:space="preserve">    As used in this act:</w:t>
      </w:r>
      <w:r>
        <w:br/>
        <w:t xml:space="preserve">    1. "Professional Engineer" or "P.E." means a person who is</w:t>
      </w:r>
      <w:r>
        <w:br/>
        <w:t>qualified to practice engineering by reason of engineering</w:t>
      </w:r>
      <w:r>
        <w:br/>
        <w:t>education, training, experience, and examination in the application</w:t>
      </w:r>
      <w:r>
        <w:br/>
        <w:t>of engineering principles and the interpretation of engineering data</w:t>
      </w:r>
      <w:r>
        <w:br/>
        <w:t>and is qualified, after meeting the requirements of this act and the</w:t>
      </w:r>
      <w:r>
        <w:br/>
        <w:t>regulations issued by the Board pursuant thereto, to be duly</w:t>
      </w:r>
      <w:r>
        <w:br/>
        <w:t>licensed as a professional engineer by the Board and engage in the</w:t>
      </w:r>
      <w:r>
        <w:br/>
        <w:t>practice of engineering;</w:t>
      </w:r>
      <w:r>
        <w:br/>
        <w:t xml:space="preserve">    2. "Professional Structural Engineer", "P.E., S.E." or "S.E."</w:t>
      </w:r>
      <w:r>
        <w:br/>
        <w:t>means an individual who has been duly licensed as a professional</w:t>
      </w:r>
      <w:r>
        <w:br/>
        <w:t>engineer by the Board, and who has been further authorized by the</w:t>
      </w:r>
      <w:r>
        <w:br/>
        <w:t>Board to use the title Professional Structural Engineer, P.E. S.E.,</w:t>
      </w:r>
      <w:r>
        <w:br/>
        <w:t>or S.E., and perform structural engineering analysis and design</w:t>
      </w:r>
    </w:p>
    <w:p w14:paraId="2DC7B753" w14:textId="68CDAC1B" w:rsidR="004B271D" w:rsidRDefault="00E2156E">
      <w:r>
        <w:t>services for significant structures based upon education, experience</w:t>
      </w:r>
      <w:r>
        <w:br/>
        <w:t>and examinations as described in Section 475.12c of this title. For</w:t>
      </w:r>
      <w:r>
        <w:br/>
        <w:t>purposes of this definition, the term "significant structures" shall</w:t>
      </w:r>
      <w:r>
        <w:br/>
        <w:t>not include any structure that is a residential structure;</w:t>
      </w:r>
      <w:r>
        <w:br/>
        <w:t xml:space="preserve">    3. "Engineer Intern" or "E.I." means a person who complies with</w:t>
      </w:r>
      <w:r>
        <w:br/>
        <w:t>the requirement for education and has passed an examination in the</w:t>
      </w:r>
      <w:r>
        <w:br/>
        <w:t>fundamental engineering subjects, as provided in this act and the</w:t>
      </w:r>
      <w:r>
        <w:br/>
        <w:t>regulations issued by the Board pursuant thereto;</w:t>
      </w:r>
      <w:r>
        <w:br/>
        <w:t xml:space="preserve">    4. "Practice of engineering" means any service or creative work</w:t>
      </w:r>
      <w:r>
        <w:br/>
        <w:t>requiring engineering education, training and experience in the</w:t>
      </w:r>
      <w:r>
        <w:br/>
        <w:t>application of engineering principles and the interpretation of</w:t>
      </w:r>
      <w:r>
        <w:br/>
        <w:t>engineering data to engineering activities, including the</w:t>
      </w:r>
      <w:r>
        <w:br/>
        <w:t>engineering design of buildings, structures, products, machines,</w:t>
      </w:r>
      <w:r>
        <w:br/>
        <w:t>processes, and systems, that potentially impact the life, health,</w:t>
      </w:r>
      <w:r>
        <w:br/>
        <w:t>property and welfare of the public. The services may include, but</w:t>
      </w:r>
      <w:r>
        <w:br/>
        <w:t>are not limited to, providing planning, studies, designs, design</w:t>
      </w:r>
      <w:r>
        <w:br/>
        <w:t>coordination, drawings, specifications, and other technical</w:t>
      </w:r>
      <w:r>
        <w:br/>
      </w:r>
      <w:r>
        <w:lastRenderedPageBreak/>
        <w:t>submissions; engineering reports or material developed in connection</w:t>
      </w:r>
      <w:r>
        <w:br/>
        <w:t>with expert witness testimony or anticipated testimony;</w:t>
      </w:r>
      <w:r>
        <w:br/>
        <w:t>commissioning of engineered systems; and performing surveying that</w:t>
      </w:r>
      <w:r>
        <w:br/>
        <w:t>is incidental to the practice of engineering and reviewing</w:t>
      </w:r>
      <w:r>
        <w:br/>
        <w:t>construction or other design products for the purposes of monitoring</w:t>
      </w:r>
      <w:r>
        <w:br/>
        <w:t>compliance with drawings and specifications related to engineered</w:t>
      </w:r>
      <w:r>
        <w:br/>
        <w:t>works. Surveying incidental to the practice of engineering excludes</w:t>
      </w:r>
      <w:r>
        <w:br/>
        <w:t>the surveying of real property for the establishment or</w:t>
      </w:r>
      <w:r>
        <w:br/>
        <w:t>determination of land boundaries, rights-of-way, easements, and the</w:t>
      </w:r>
      <w:r>
        <w:br/>
        <w:t>dependent or independent surveys or resurveys of the United States</w:t>
      </w:r>
      <w:r>
        <w:br/>
        <w:t>Public Land Survey System and is limited to conducting field</w:t>
      </w:r>
      <w:r>
        <w:br/>
        <w:t>measurements to supplement the documentation of existing conditions.</w:t>
      </w:r>
      <w:r>
        <w:br/>
        <w:t>Unless a Professional Surveyor has provided the professional</w:t>
      </w:r>
      <w:r>
        <w:br/>
        <w:t>engineer with geocentric/geodetic control coordinates which meet the</w:t>
      </w:r>
      <w:r>
        <w:br/>
        <w:t>accuracy standards set forth in OAC 245:15-13-2, the professional</w:t>
      </w:r>
      <w:r>
        <w:br/>
        <w:t>engineer shall only use a coordinate system based on assumed values</w:t>
      </w:r>
      <w:r>
        <w:br/>
        <w:t>for the project, and so state on the documents. These services or</w:t>
      </w:r>
      <w:r>
        <w:br/>
        <w:t>work, either public or private, may be performed in connection with</w:t>
      </w:r>
      <w:r>
        <w:br/>
        <w:t>any utilities, structures, buildings, machines, equipment,</w:t>
      </w:r>
      <w:r>
        <w:br/>
        <w:t>processes, work systems, projects, communication systems,</w:t>
      </w:r>
      <w:r>
        <w:br/>
        <w:t>transportation systems and industrial or consumer products or</w:t>
      </w:r>
      <w:r>
        <w:br/>
        <w:t>equipment of a mechanical, electrical, chemical, environmental,</w:t>
      </w:r>
      <w:r>
        <w:br/>
        <w:t>hydraulic, pneumatic, thermal, control system or communications</w:t>
      </w:r>
      <w:r>
        <w:br/>
        <w:t>nature, insofar as they involve safeguarding life, health or</w:t>
      </w:r>
      <w:r>
        <w:br/>
        <w:t>property, and including such other professional services as may be</w:t>
      </w:r>
      <w:r>
        <w:br/>
        <w:t>necessary to the design coordination of a multidiscipline work,</w:t>
      </w:r>
      <w:r>
        <w:br/>
        <w:t>planning, progress and completion of any engineering services.</w:t>
      </w:r>
      <w:r>
        <w:br/>
        <w:t xml:space="preserve">    Design coordination includes the review and coordination of</w:t>
      </w:r>
      <w:r>
        <w:br/>
        <w:t>technical submissions prepared by others, including the work of</w:t>
      </w:r>
      <w:r>
        <w:br/>
        <w:t>other professionals working with or under the direction of an</w:t>
      </w:r>
      <w:r w:rsidR="005331C1">
        <w:t xml:space="preserve"> </w:t>
      </w:r>
    </w:p>
    <w:p w14:paraId="61D0AEE3" w14:textId="545A0DCE" w:rsidR="004B271D" w:rsidRDefault="00E2156E">
      <w:r>
        <w:t>engineer, with professional regard for the ability of each</w:t>
      </w:r>
      <w:r>
        <w:br/>
        <w:t>professional involved in a multidisciplinary effort.</w:t>
      </w:r>
      <w:r>
        <w:br/>
        <w:t xml:space="preserve">         a.   An engineer is responsible for the engineering plans</w:t>
      </w:r>
      <w:r>
        <w:br/>
        <w:t xml:space="preserve">              and specifications of a building. The term</w:t>
      </w:r>
      <w:r>
        <w:br/>
        <w:t xml:space="preserve">              "engineering plans and specifications" means:</w:t>
      </w:r>
      <w:r>
        <w:br/>
        <w:t xml:space="preserve">              (1) plans for a structural, mechanical, plumbing,</w:t>
      </w:r>
      <w:r>
        <w:br/>
        <w:t xml:space="preserve">                   electrical, low voltage fire suppression,</w:t>
      </w:r>
      <w:r>
        <w:br/>
        <w:t xml:space="preserve">                   utilities, or geotechnical system in a building,</w:t>
      </w:r>
      <w:r>
        <w:br/>
        <w:t xml:space="preserve">              (2) specification of structural elements and</w:t>
      </w:r>
      <w:r>
        <w:br/>
        <w:t xml:space="preserve">                   connections of a building,</w:t>
      </w:r>
      <w:r>
        <w:br/>
        <w:t xml:space="preserve">              (3) evaluation of structural members before the</w:t>
      </w:r>
      <w:r>
        <w:br/>
        <w:t xml:space="preserve">                   addition of roof-mounted equipment or a heavier</w:t>
      </w:r>
      <w:r>
        <w:br/>
        <w:t xml:space="preserve">                   roof covering,</w:t>
      </w:r>
      <w:r>
        <w:br/>
        <w:t xml:space="preserve">              (4) design of changes in roof pitch by the addition</w:t>
      </w:r>
      <w:r>
        <w:br/>
        <w:t xml:space="preserve">                   of structural members and diaphragm,</w:t>
      </w:r>
      <w:r>
        <w:br/>
        <w:t xml:space="preserve">              (5) repair of damaged structural systems including,</w:t>
      </w:r>
      <w:r>
        <w:br/>
        <w:t xml:space="preserve">                   but not limited to, roof structural members and</w:t>
      </w:r>
      <w:r>
        <w:br/>
        <w:t xml:space="preserve">                   diaphragm,</w:t>
      </w:r>
      <w:r>
        <w:br/>
        <w:t xml:space="preserve">              (6) hydrologic management calculations and design of</w:t>
      </w:r>
      <w:r>
        <w:br/>
        <w:t xml:space="preserve">                   surface water control and detention necessary for</w:t>
      </w:r>
      <w:r>
        <w:br/>
        <w:t xml:space="preserve">                   compliance with ordinances and regulations,</w:t>
      </w:r>
      <w:r>
        <w:br/>
        <w:t xml:space="preserve">              (7) design of changes in roof pitch by the addition</w:t>
      </w:r>
      <w:r>
        <w:br/>
        <w:t xml:space="preserve">                   of structural framing members,</w:t>
      </w:r>
      <w:r>
        <w:br/>
        <w:t xml:space="preserve">              (8) evaluation and repair of damaged roof structural</w:t>
      </w:r>
      <w:r>
        <w:br/>
        <w:t xml:space="preserve">                   framing,</w:t>
      </w:r>
      <w:r>
        <w:br/>
        <w:t xml:space="preserve">              (9) design of electrical and signal and control</w:t>
      </w:r>
      <w:r>
        <w:br/>
      </w:r>
      <w:r>
        <w:lastRenderedPageBreak/>
        <w:t xml:space="preserve">                   systems,</w:t>
      </w:r>
      <w:r>
        <w:br/>
        <w:t xml:space="preserve">              (10) shop drawings by manufacturers or fabricators of</w:t>
      </w:r>
      <w:r>
        <w:br/>
        <w:t xml:space="preserve">                   materials and products to be used in the building</w:t>
      </w:r>
      <w:r>
        <w:br/>
        <w:t xml:space="preserve">                   features designed by the engineer, and</w:t>
      </w:r>
      <w:r>
        <w:br/>
        <w:t xml:space="preserve">              (11) specifications listing the nature and quality of</w:t>
      </w:r>
      <w:r>
        <w:br/>
        <w:t xml:space="preserve">                   materials and products for construction of</w:t>
      </w:r>
      <w:r>
        <w:br/>
        <w:t xml:space="preserve">                   features of the building elements or systems</w:t>
      </w:r>
      <w:r>
        <w:br/>
        <w:t xml:space="preserve">                   designed by an engineer.</w:t>
      </w:r>
      <w:r>
        <w:br/>
        <w:t xml:space="preserve">         b.   The preparation of engineering plans and</w:t>
      </w:r>
      <w:r>
        <w:br/>
        <w:t xml:space="preserve">              specifications for the following tasks is within the</w:t>
      </w:r>
      <w:r>
        <w:br/>
        <w:t xml:space="preserve">              scope of the practice of engineering:</w:t>
      </w:r>
      <w:r>
        <w:br/>
        <w:t xml:space="preserve">              (1) site plans depicting the location and orientation</w:t>
      </w:r>
      <w:r>
        <w:br/>
        <w:t xml:space="preserve">                   of a building on the site based on:</w:t>
      </w:r>
      <w:r>
        <w:br/>
        <w:t xml:space="preserve">                   (a) a determination of the relationship of the</w:t>
      </w:r>
      <w:r>
        <w:br/>
        <w:t xml:space="preserve">                        intended use with the environment,</w:t>
      </w:r>
      <w:r>
        <w:br/>
        <w:t xml:space="preserve">                        topography, vegetation, climate, and</w:t>
      </w:r>
      <w:r>
        <w:br/>
        <w:t xml:space="preserve">                        geographic aspects,</w:t>
      </w:r>
      <w:r>
        <w:br/>
        <w:t xml:space="preserve">                   (b) the legal aspects of site development,</w:t>
      </w:r>
      <w:r>
        <w:br/>
        <w:t xml:space="preserve">                        including setback requirements, zoning, and</w:t>
      </w:r>
      <w:r>
        <w:br/>
        <w:t xml:space="preserve">                        other legal restrictions, and</w:t>
      </w:r>
      <w:r>
        <w:br/>
        <w:t xml:space="preserve">                   (c) surface drainage,</w:t>
      </w:r>
    </w:p>
    <w:p w14:paraId="1DD21C19" w14:textId="2DD2EB66" w:rsidR="004B271D" w:rsidRDefault="00E2156E">
      <w:r>
        <w:t xml:space="preserve">                        (2)  the depiction of the building systems, including</w:t>
      </w:r>
      <w:r>
        <w:br/>
        <w:t xml:space="preserve">                             structural, mechanical, electrical, and plumbing</w:t>
      </w:r>
      <w:r>
        <w:br/>
        <w:t xml:space="preserve">                             systems, in:</w:t>
      </w:r>
      <w:r>
        <w:br/>
        <w:t xml:space="preserve">                             (a) plan views,</w:t>
      </w:r>
      <w:r>
        <w:br/>
        <w:t xml:space="preserve">                             (b) cross-sections depicting building components</w:t>
      </w:r>
      <w:r>
        <w:br/>
        <w:t xml:space="preserve">                                  from a hypothetical cut line through a</w:t>
      </w:r>
      <w:r>
        <w:br/>
        <w:t xml:space="preserve">                                  building, and</w:t>
      </w:r>
      <w:r>
        <w:br/>
        <w:t xml:space="preserve">                             (c) the design of details of components and</w:t>
      </w:r>
      <w:r>
        <w:br/>
        <w:t xml:space="preserve">                                  assemblies, including any part of a building</w:t>
      </w:r>
      <w:r>
        <w:br/>
        <w:t xml:space="preserve">                                  exposed to water infiltration or fire-spread</w:t>
      </w:r>
      <w:r>
        <w:br/>
        <w:t xml:space="preserve">                                  considerations,</w:t>
      </w:r>
      <w:r>
        <w:br/>
        <w:t xml:space="preserve">                        (3) life safety plans and sheets, including</w:t>
      </w:r>
      <w:r>
        <w:br/>
        <w:t xml:space="preserve">                             accessibility ramps and related code analyses,</w:t>
      </w:r>
      <w:r>
        <w:br/>
        <w:t xml:space="preserve">                        (4) roof plans and details depicting the design of</w:t>
      </w:r>
      <w:r>
        <w:br/>
        <w:t xml:space="preserve">                             roof system materials, components, drainage,</w:t>
      </w:r>
      <w:r>
        <w:br/>
        <w:t xml:space="preserve">                             slopes, and directions and location of roof</w:t>
      </w:r>
      <w:r>
        <w:br/>
        <w:t xml:space="preserve">                             accessories and equipment not involving</w:t>
      </w:r>
      <w:r>
        <w:br/>
        <w:t xml:space="preserve">                             structural engineering calculations.</w:t>
      </w:r>
      <w:r>
        <w:br/>
        <w:t xml:space="preserve">               c.       The following activities may be performed by an</w:t>
      </w:r>
      <w:r>
        <w:br/>
        <w:t xml:space="preserve">                        engineer:</w:t>
      </w:r>
      <w:r>
        <w:br/>
        <w:t xml:space="preserve">                        (1) programming for construction projects, including:</w:t>
      </w:r>
      <w:r>
        <w:br/>
        <w:t xml:space="preserve">                             (a) identification of economic, legal, and</w:t>
      </w:r>
      <w:r>
        <w:br/>
        <w:t xml:space="preserve">                                  natural constraints, and</w:t>
      </w:r>
      <w:r>
        <w:br/>
        <w:t xml:space="preserve">                             (b) determination of the scope of functional</w:t>
      </w:r>
      <w:r>
        <w:br/>
        <w:t xml:space="preserve">                                  elements,</w:t>
      </w:r>
      <w:r>
        <w:br/>
        <w:t xml:space="preserve">                        (2) recommending and overseeing appropriate</w:t>
      </w:r>
      <w:r>
        <w:br/>
        <w:t xml:space="preserve">                             construction project delivery systems,</w:t>
      </w:r>
      <w:r>
        <w:br/>
        <w:t xml:space="preserve">                        (3) consulting with regard to investigating, and</w:t>
      </w:r>
      <w:r>
        <w:br/>
        <w:t xml:space="preserve">                             analyzing the design, form, materials, and</w:t>
      </w:r>
      <w:r>
        <w:br/>
        <w:t xml:space="preserve">                             construction technology used for the</w:t>
      </w:r>
      <w:r>
        <w:br/>
        <w:t xml:space="preserve">                             construction, enlargement, or alteration of a</w:t>
      </w:r>
      <w:r>
        <w:br/>
        <w:t xml:space="preserve">                             building or its environment, and</w:t>
      </w:r>
      <w:r>
        <w:br/>
        <w:t xml:space="preserve">                        (4) providing expert opinion and testimony with</w:t>
      </w:r>
      <w:r>
        <w:br/>
        <w:t xml:space="preserve">                             respect to issues within the responsibility of</w:t>
      </w:r>
      <w:r>
        <w:br/>
        <w:t xml:space="preserve">                             the engineer.</w:t>
      </w:r>
      <w:r>
        <w:br/>
      </w:r>
      <w:r>
        <w:lastRenderedPageBreak/>
        <w:t xml:space="preserve">               d.       A person or entity shall be construed to practice or</w:t>
      </w:r>
      <w:r>
        <w:br/>
        <w:t xml:space="preserve">                        offer to practice engineering, within the meaning and</w:t>
      </w:r>
      <w:r>
        <w:br/>
        <w:t xml:space="preserve">                        intent of this act who does any of the following:</w:t>
      </w:r>
      <w:r>
        <w:br/>
        <w:t xml:space="preserve">                        practices any branch of the profession of engineering;</w:t>
      </w:r>
      <w:r>
        <w:br/>
        <w:t xml:space="preserve">                        by verbal claim, sign, advertisement, letterhead, card</w:t>
      </w:r>
      <w:r>
        <w:br/>
        <w:t xml:space="preserve">                        or in any other way represents such person to be a</w:t>
      </w:r>
      <w:r>
        <w:br/>
        <w:t xml:space="preserve">                        professional engineer or through the use of some other</w:t>
      </w:r>
      <w:r>
        <w:br/>
        <w:t xml:space="preserve">                        title implies that any person is a professional</w:t>
      </w:r>
      <w:r>
        <w:br/>
        <w:t xml:space="preserve">                        engineer or is licensed or qualified under this act;</w:t>
      </w:r>
      <w:r>
        <w:br/>
        <w:t xml:space="preserve">                        or who represents qualifications or ability to perform</w:t>
      </w:r>
      <w:r>
        <w:br/>
        <w:t xml:space="preserve">                        or who does practice engineering;</w:t>
      </w:r>
    </w:p>
    <w:p w14:paraId="208CB88F" w14:textId="2148B274" w:rsidR="004B271D" w:rsidRDefault="00E2156E">
      <w:r>
        <w:t xml:space="preserve">    5. "Professional Surveyor", "P.L.S.", or "P.S." means a person</w:t>
      </w:r>
      <w:r>
        <w:br/>
        <w:t>who is qualified to practice surveying by reason of surveying</w:t>
      </w:r>
      <w:r>
        <w:br/>
        <w:t>education training, experience, and examination in the application</w:t>
      </w:r>
      <w:r>
        <w:br/>
        <w:t>of surveying principles and the interpretation of surveying data and</w:t>
      </w:r>
      <w:r>
        <w:br/>
        <w:t>has been duly licensed as a professional surveyor pursuant to this</w:t>
      </w:r>
      <w:r>
        <w:br/>
        <w:t>act and the regulations issued by the Board pursuant thereto;</w:t>
      </w:r>
      <w:r>
        <w:br/>
        <w:t xml:space="preserve">    6. "Surveyor Intern" or "L.I." means a person who complies with</w:t>
      </w:r>
      <w:r>
        <w:br/>
        <w:t>the requirement for education and has passed an examination in the</w:t>
      </w:r>
      <w:r>
        <w:br/>
        <w:t>fundamental surveying subjects, as provided in this act and</w:t>
      </w:r>
      <w:r>
        <w:br/>
        <w:t>regulations issued by the Board pursuant thereto;</w:t>
      </w:r>
      <w:r>
        <w:br/>
        <w:t xml:space="preserve">    7.   a.   "Practice of surveying" means any authoritative</w:t>
      </w:r>
      <w:r>
        <w:br/>
        <w:t xml:space="preserve">              service or work performed to a stated accuracy, the</w:t>
      </w:r>
      <w:r>
        <w:br/>
        <w:t xml:space="preserve">              adequate performance of which involves the application</w:t>
      </w:r>
      <w:r>
        <w:br/>
        <w:t xml:space="preserve">              of special knowledge of the principles of mathematics,</w:t>
      </w:r>
      <w:r>
        <w:br/>
        <w:t xml:space="preserve">              methods of measurement, and the law for the</w:t>
      </w:r>
      <w:r>
        <w:br/>
        <w:t xml:space="preserve">              determination and preservation of boundaries.</w:t>
      </w:r>
      <w:r>
        <w:br/>
        <w:t xml:space="preserve">              "Practice of surveying" includes, without limitation:</w:t>
      </w:r>
      <w:r>
        <w:br/>
        <w:t xml:space="preserve">              (1) restoration and rehabilitation of corners and</w:t>
      </w:r>
      <w:r>
        <w:br/>
        <w:t xml:space="preserve">                   boundaries in the United States Public Land</w:t>
      </w:r>
      <w:r>
        <w:br/>
        <w:t xml:space="preserve">                   Survey System or the subdivision thereof,</w:t>
      </w:r>
      <w:r>
        <w:br/>
        <w:t xml:space="preserve">              (2) obtaining and evaluating evidence for the</w:t>
      </w:r>
      <w:r>
        <w:br/>
        <w:t xml:space="preserve">                   accurate determination of boundaries,</w:t>
      </w:r>
      <w:r>
        <w:br/>
        <w:t xml:space="preserve">              (3) </w:t>
      </w:r>
      <w:proofErr w:type="spellStart"/>
      <w:r>
        <w:t>monumenting</w:t>
      </w:r>
      <w:proofErr w:type="spellEnd"/>
      <w:r>
        <w:t xml:space="preserve"> the subdivision of land parcels into</w:t>
      </w:r>
      <w:r>
        <w:br/>
        <w:t xml:space="preserve">                   smaller parcels and the preparation of the</w:t>
      </w:r>
      <w:r>
        <w:br/>
        <w:t xml:space="preserve">                   descriptions in connection therewith,</w:t>
      </w:r>
      <w:r>
        <w:br/>
        <w:t xml:space="preserve">              (4) measuring and platting underground mine workings,</w:t>
      </w:r>
      <w:r>
        <w:br/>
        <w:t xml:space="preserve">              (5) creation, preparation or modification of</w:t>
      </w:r>
      <w:r>
        <w:br/>
        <w:t xml:space="preserve">                   electronic or computerized data including</w:t>
      </w:r>
      <w:r>
        <w:br/>
        <w:t xml:space="preserve">                   portions of geographic information systems and</w:t>
      </w:r>
      <w:r>
        <w:br/>
        <w:t xml:space="preserve">                   land information systems, relative to the</w:t>
      </w:r>
      <w:r>
        <w:br/>
        <w:t xml:space="preserve">                   performance of the practice of surveying,</w:t>
      </w:r>
      <w:r>
        <w:br/>
        <w:t xml:space="preserve">              (6) establishment, restoration, and rehabilitation of</w:t>
      </w:r>
      <w:r>
        <w:br/>
        <w:t xml:space="preserve">                   survey monuments and bench marks,</w:t>
      </w:r>
      <w:r>
        <w:br/>
        <w:t xml:space="preserve">              (7) preparation of survey plats, condominium plats,</w:t>
      </w:r>
      <w:r>
        <w:br/>
        <w:t xml:space="preserve">                   monument records, survey reports, and site plans</w:t>
      </w:r>
      <w:r>
        <w:br/>
        <w:t xml:space="preserve">                   as an ancillary service to surveying work, such</w:t>
      </w:r>
      <w:r>
        <w:br/>
        <w:t xml:space="preserve">                   as noting proposed site improvements,</w:t>
      </w:r>
      <w:r>
        <w:br/>
        <w:t xml:space="preserve">              (8) surveying, </w:t>
      </w:r>
      <w:proofErr w:type="spellStart"/>
      <w:r>
        <w:t>monumenting</w:t>
      </w:r>
      <w:proofErr w:type="spellEnd"/>
      <w:r>
        <w:t>, and platting of</w:t>
      </w:r>
      <w:r>
        <w:br/>
        <w:t xml:space="preserve">                   easements, and rights-of-way,</w:t>
      </w:r>
      <w:r>
        <w:br/>
        <w:t xml:space="preserve">              (9) measuring, locating, or establishing lines,</w:t>
      </w:r>
      <w:r>
        <w:br/>
        <w:t xml:space="preserve">                   angles, elevations, natural and man-made features</w:t>
      </w:r>
      <w:r>
        <w:br/>
        <w:t xml:space="preserve">                   in the air, on the surface of the earth,</w:t>
      </w:r>
      <w:r>
        <w:br/>
        <w:t xml:space="preserve">                   utilities and other structures within underground</w:t>
      </w:r>
      <w:r>
        <w:br/>
        <w:t xml:space="preserve">                   workings, and on the beds of bodies of water, the</w:t>
      </w:r>
      <w:r>
        <w:br/>
        <w:t xml:space="preserve">                   configuration or contour of the earth's surface,</w:t>
      </w:r>
      <w:r>
        <w:br/>
      </w:r>
      <w:r>
        <w:lastRenderedPageBreak/>
        <w:t xml:space="preserve">                   or the position of fixed objects on the earth's</w:t>
      </w:r>
      <w:r>
        <w:br/>
        <w:t xml:space="preserve">                   surface,</w:t>
      </w:r>
    </w:p>
    <w:p w14:paraId="519118BF" w14:textId="77777777" w:rsidR="004B271D" w:rsidRDefault="00E2156E">
      <w:r>
        <w:t xml:space="preserve">              (10) geodetic surveying,</w:t>
      </w:r>
      <w:r>
        <w:br/>
        <w:t xml:space="preserve">              (11) any other activities incidental to and necessary</w:t>
      </w:r>
      <w:r>
        <w:br/>
        <w:t xml:space="preserve">                   for the adequate performance of the services</w:t>
      </w:r>
      <w:r>
        <w:br/>
        <w:t xml:space="preserve">                   described in this paragraph,</w:t>
      </w:r>
      <w:r>
        <w:br/>
        <w:t xml:space="preserve">              (12) surveying reports or like material developed in</w:t>
      </w:r>
      <w:r>
        <w:br/>
        <w:t xml:space="preserve">                   connection with expert witness testimony or</w:t>
      </w:r>
      <w:r>
        <w:br/>
        <w:t xml:space="preserve">                   anticipated testimony, and</w:t>
      </w:r>
      <w:r>
        <w:br/>
        <w:t xml:space="preserve">              (13) locating or laying out alignments, positions, or</w:t>
      </w:r>
      <w:r>
        <w:br/>
        <w:t xml:space="preserve">                   elevations for the construction of fixed works</w:t>
      </w:r>
      <w:r>
        <w:br/>
        <w:t xml:space="preserve">                   for public projects.</w:t>
      </w:r>
      <w:r>
        <w:br/>
        <w:t xml:space="preserve">         b.   A person or entity shall be construed to practice or</w:t>
      </w:r>
      <w:r>
        <w:br/>
        <w:t xml:space="preserve">              offer to practice surveying, within the meaning and</w:t>
      </w:r>
      <w:r>
        <w:br/>
        <w:t xml:space="preserve">              intent of this act, who does any one of the following:</w:t>
      </w:r>
      <w:r>
        <w:br/>
        <w:t xml:space="preserve">              practices any branch of the profession of surveying;</w:t>
      </w:r>
      <w:r>
        <w:br/>
        <w:t xml:space="preserve">              by verbal claim, sign, advertisement, letterhead, card</w:t>
      </w:r>
      <w:r>
        <w:br/>
        <w:t xml:space="preserve">              or in any other way represents such person to be a</w:t>
      </w:r>
      <w:r>
        <w:br/>
        <w:t xml:space="preserve">              professional surveyor or through the use of some other</w:t>
      </w:r>
      <w:r>
        <w:br/>
        <w:t xml:space="preserve">              title implies that such person or entity is a</w:t>
      </w:r>
      <w:r>
        <w:br/>
        <w:t xml:space="preserve">              professional surveyor or that such person is licensed</w:t>
      </w:r>
      <w:r>
        <w:br/>
        <w:t xml:space="preserve">              or qualified under this act; represents qualifications</w:t>
      </w:r>
      <w:r>
        <w:br/>
        <w:t xml:space="preserve">              or ability to perform; or who does practice surveying;</w:t>
      </w:r>
      <w:r>
        <w:br/>
        <w:t xml:space="preserve">    8. "Board" means the State Board of Licensure for Professional</w:t>
      </w:r>
      <w:r>
        <w:br/>
        <w:t>Engineers and Surveyors;</w:t>
      </w:r>
      <w:r>
        <w:br/>
        <w:t xml:space="preserve">    9. "Responsible charge" means direct control and personal</w:t>
      </w:r>
      <w:r>
        <w:br/>
        <w:t>supervision of engineering or surveying work;</w:t>
      </w:r>
      <w:r>
        <w:br/>
        <w:t xml:space="preserve">    10. "Rules of professional conduct for professional engineers</w:t>
      </w:r>
      <w:r>
        <w:br/>
        <w:t>and professional surveyors" means those rules promulgated by the</w:t>
      </w:r>
      <w:r>
        <w:br/>
        <w:t>Board;</w:t>
      </w:r>
      <w:r>
        <w:br/>
        <w:t xml:space="preserve">    11. "Firm" means any form of business or entity, other than an</w:t>
      </w:r>
      <w:r>
        <w:br/>
        <w:t>individual operating as a sole proprietorship under his or her name;</w:t>
      </w:r>
      <w:r>
        <w:br/>
        <w:t xml:space="preserve">    12. "Direct control" and "personal supervision", whether used</w:t>
      </w:r>
      <w:r>
        <w:br/>
        <w:t>separately or together, mean active and personal management of the</w:t>
      </w:r>
      <w:r>
        <w:br/>
        <w:t>firm's personnel and practice to maintain charge of, and concurrent</w:t>
      </w:r>
      <w:r>
        <w:br/>
        <w:t>direction over, engineering or surveying decisions and the</w:t>
      </w:r>
      <w:r>
        <w:br/>
        <w:t>instruments of professional services to which the licensee affixes</w:t>
      </w:r>
      <w:r>
        <w:br/>
        <w:t>the seal, signature, and date;</w:t>
      </w:r>
      <w:r>
        <w:br/>
        <w:t xml:space="preserve">    13. "Core curriculum" means the Board-approved surveying</w:t>
      </w:r>
      <w:r>
        <w:br/>
        <w:t>courses adopted by Board policy, developed to ensure that</w:t>
      </w:r>
      <w:r>
        <w:br/>
        <w:t>professional surveyor applicants meet the minimum educational</w:t>
      </w:r>
      <w:r>
        <w:br/>
        <w:t>requirements for licensing;</w:t>
      </w:r>
      <w:r>
        <w:br/>
        <w:t xml:space="preserve">    14. "Engineering-related science degree" means a bachelor's</w:t>
      </w:r>
      <w:r>
        <w:br/>
        <w:t>degree from an ETAC/ABET accredited engineering technology program</w:t>
      </w:r>
      <w:r>
        <w:br/>
        <w:t>of four (4) years or more. A degree of four (4) years or more in</w:t>
      </w:r>
      <w:r>
        <w:br/>
        <w:t>mathematical, physical or engineering sciences may be considered as</w:t>
      </w:r>
      <w:r>
        <w:br/>
        <w:t>an engineering-related science degree if it was obtained from a</w:t>
      </w:r>
      <w:r>
        <w:br/>
        <w:t>Board-approved program, and shall include a minimum of eight (8)</w:t>
      </w:r>
      <w:r>
        <w:br/>
        <w:t>hours of mathematics beyond trigonometry, such as calculus and</w:t>
      </w:r>
      <w:r>
        <w:br w:type="page"/>
      </w:r>
    </w:p>
    <w:p w14:paraId="466F2636" w14:textId="77777777" w:rsidR="004B271D" w:rsidRDefault="00E2156E">
      <w:r>
        <w:lastRenderedPageBreak/>
        <w:t>differential equations, and twenty (20) hours of engineering</w:t>
      </w:r>
      <w:r>
        <w:br/>
        <w:t>sciences or related sciences, including physics, such as mechanics,</w:t>
      </w:r>
      <w:r>
        <w:br/>
        <w:t>fluid mechanics, statics, dynamics, thermodynamics, electrical and</w:t>
      </w:r>
      <w:r>
        <w:br/>
        <w:t>electronic circuits, materials science, transport phenomena,</w:t>
      </w:r>
      <w:r>
        <w:br/>
        <w:t>computer engineering, etc. Non-accredited engineering degree</w:t>
      </w:r>
      <w:r>
        <w:br/>
        <w:t>programs shall meet the above requirements to be considered an</w:t>
      </w:r>
      <w:r>
        <w:br/>
        <w:t>engineering-related science degree;</w:t>
      </w:r>
      <w:r>
        <w:br/>
        <w:t xml:space="preserve">    15. "Authoritative" means being presented as trustworthy,</w:t>
      </w:r>
      <w:r>
        <w:br/>
        <w:t>competent, and in accordance with the rules and statutes governing</w:t>
      </w:r>
      <w:r>
        <w:br/>
        <w:t>the practice of engineering and surveying, codes, ordinances, and</w:t>
      </w:r>
      <w:r>
        <w:br/>
        <w:t>other recognized standards when used to describe products,</w:t>
      </w:r>
      <w:r>
        <w:br/>
        <w:t>processes, applications or data derived from the practice of</w:t>
      </w:r>
      <w:r>
        <w:br/>
        <w:t>engineering or surveying;</w:t>
      </w:r>
      <w:r>
        <w:br/>
        <w:t xml:space="preserve">    16. "Disciplinary action" means any final written decision or</w:t>
      </w:r>
      <w:r>
        <w:br/>
        <w:t>settlement taken against an individual or firm by a licensing board</w:t>
      </w:r>
      <w:r>
        <w:br/>
        <w:t>based upon a violation of the Board's laws and rules unless</w:t>
      </w:r>
      <w:r>
        <w:br/>
        <w:t>otherwise stated in the decision or settlement. Disciplinary</w:t>
      </w:r>
      <w:r>
        <w:br/>
        <w:t>actions may include reprimands; sanctions; administrative fines; the</w:t>
      </w:r>
      <w:r>
        <w:br/>
        <w:t>Board's refusal to issue, restore, or renew a license; settlement</w:t>
      </w:r>
      <w:r>
        <w:br/>
        <w:t>agreements or consent orders; probation; suspension; revocation;</w:t>
      </w:r>
      <w:r>
        <w:br/>
        <w:t>practice restriction, surrendering, relinquishing, or agreeing not</w:t>
      </w:r>
      <w:r>
        <w:br/>
        <w:t>to renew a license as part of an agreement or board order; or any</w:t>
      </w:r>
      <w:r>
        <w:br/>
        <w:t>combination thereof;</w:t>
      </w:r>
      <w:r>
        <w:br/>
        <w:t xml:space="preserve">    17. "Building" means any structure used, or intended to be</w:t>
      </w:r>
      <w:r>
        <w:br/>
        <w:t>used, to support, shelter, or enclose any use or occupancy;</w:t>
      </w:r>
      <w:r>
        <w:br/>
        <w:t xml:space="preserve">    18. "Plans" means technical documents issued by the licensed</w:t>
      </w:r>
      <w:r>
        <w:br/>
        <w:t>professionals intended to meet all current and applicable codes as</w:t>
      </w:r>
      <w:r>
        <w:br/>
        <w:t>adopted by the Oklahoma Uniform Building Code Commission, other</w:t>
      </w:r>
      <w:r>
        <w:br/>
        <w:t>statutory codes and applicable federal codes and which shall be</w:t>
      </w:r>
      <w:r>
        <w:br/>
        <w:t>submitted to all required building code and/or permit offices</w:t>
      </w:r>
      <w:r>
        <w:br/>
        <w:t>required by the State of Oklahoma, county, municipal, and/or federal</w:t>
      </w:r>
      <w:r>
        <w:br/>
        <w:t>government;</w:t>
      </w:r>
      <w:r>
        <w:br/>
        <w:t xml:space="preserve">    19. a.    "Significant structure" means buildings and other</w:t>
      </w:r>
      <w:r>
        <w:br/>
        <w:t xml:space="preserve">              structures that represent a substantial hazard to</w:t>
      </w:r>
      <w:r>
        <w:br/>
        <w:t xml:space="preserve">              human life in the event of failure or are designated</w:t>
      </w:r>
      <w:r>
        <w:br/>
        <w:t xml:space="preserve">              as essential facilities, including but not limited to:</w:t>
      </w:r>
      <w:r>
        <w:br/>
        <w:t xml:space="preserve">              (1) buildings and other structures whose primary</w:t>
      </w:r>
      <w:r>
        <w:br/>
        <w:t xml:space="preserve">                   occupancy is public assembly with an occupant</w:t>
      </w:r>
      <w:r>
        <w:br/>
        <w:t xml:space="preserve">                   load greater than three hundred (300),</w:t>
      </w:r>
      <w:r>
        <w:br/>
        <w:t xml:space="preserve">              (2) elementary schools, secondary schools, or day</w:t>
      </w:r>
      <w:r>
        <w:br/>
        <w:t xml:space="preserve">                   care facilities with an occupant load greater</w:t>
      </w:r>
      <w:r>
        <w:br/>
        <w:t xml:space="preserve">                   than fifty (50),</w:t>
      </w:r>
      <w:r>
        <w:br/>
        <w:t xml:space="preserve">              (3) adult education facilities, such as colleges and</w:t>
      </w:r>
      <w:r>
        <w:br/>
        <w:t xml:space="preserve">                   universities, with an occupant load greater than</w:t>
      </w:r>
      <w:r>
        <w:br/>
        <w:t xml:space="preserve">                   five hundred (500),</w:t>
      </w:r>
      <w:r>
        <w:br/>
        <w:t xml:space="preserve">              (4) hospitals, nursing homes, mental hospitals, and</w:t>
      </w:r>
      <w:r>
        <w:br/>
        <w:t xml:space="preserve">                   detoxification facilities with an occupant load</w:t>
      </w:r>
      <w:r>
        <w:br w:type="page"/>
      </w:r>
    </w:p>
    <w:p w14:paraId="3119C2C1" w14:textId="77777777" w:rsidR="004B271D" w:rsidRDefault="00E2156E">
      <w:r>
        <w:lastRenderedPageBreak/>
        <w:t xml:space="preserve">                             of fifty (50) or more resident care recipients</w:t>
      </w:r>
      <w:r>
        <w:br/>
        <w:t xml:space="preserve">                             and/or surgery or emergency treatment facilities,</w:t>
      </w:r>
      <w:r>
        <w:br/>
        <w:t xml:space="preserve">                        (5) prisons, jails, reformatories, detention centers,</w:t>
      </w:r>
      <w:r>
        <w:br/>
        <w:t xml:space="preserve">                             and correctional centers,</w:t>
      </w:r>
      <w:r>
        <w:br/>
        <w:t xml:space="preserve">                        (6) any building or other structure with an occupant</w:t>
      </w:r>
      <w:r>
        <w:br/>
        <w:t xml:space="preserve">                             load greater than five thousand (5,000),</w:t>
      </w:r>
      <w:r>
        <w:br/>
        <w:t xml:space="preserve">                        (7) primary power-generating structures above fifty</w:t>
      </w:r>
      <w:r>
        <w:br/>
        <w:t xml:space="preserve">                             (50) kilowatts,</w:t>
      </w:r>
      <w:r>
        <w:br/>
        <w:t xml:space="preserve">                        (8) structures at water treatment facilities for</w:t>
      </w:r>
      <w:r>
        <w:br/>
        <w:t xml:space="preserve">                             potable water and wastewater treatment facilities</w:t>
      </w:r>
      <w:r>
        <w:br/>
        <w:t xml:space="preserve">                             serving more than five thousand (5,000) people,</w:t>
      </w:r>
      <w:r>
        <w:br/>
        <w:t xml:space="preserve">                        (9) structures for public utility facilities</w:t>
      </w:r>
      <w:r>
        <w:br/>
        <w:t xml:space="preserve">                             containing quantities of toxic or explosive</w:t>
      </w:r>
      <w:r>
        <w:br/>
        <w:t xml:space="preserve">                             materials that are sufficient to pose a threat to</w:t>
      </w:r>
      <w:r>
        <w:br/>
        <w:t xml:space="preserve">                             the public if released,</w:t>
      </w:r>
      <w:r>
        <w:br/>
        <w:t xml:space="preserve">                        (10) fire, rescue, ambulance, and police stations and</w:t>
      </w:r>
      <w:r>
        <w:br/>
        <w:t xml:space="preserve">                             emergency vehicle garages,</w:t>
      </w:r>
      <w:r>
        <w:br/>
        <w:t xml:space="preserve">                        (11) designated tornado, earthquake, or other</w:t>
      </w:r>
      <w:r>
        <w:br/>
        <w:t xml:space="preserve">                             nonresidential emergency shelters,</w:t>
      </w:r>
      <w:r>
        <w:br/>
        <w:t xml:space="preserve">                        (12) designated emergency preparedness,</w:t>
      </w:r>
      <w:r>
        <w:br/>
        <w:t xml:space="preserve">                             communications, and operations centers and other</w:t>
      </w:r>
      <w:r>
        <w:br/>
        <w:t xml:space="preserve">                             facilities required for emergency response,</w:t>
      </w:r>
      <w:r>
        <w:br/>
        <w:t xml:space="preserve">                        (13) aviation control towers, air traffic control</w:t>
      </w:r>
      <w:r>
        <w:br/>
        <w:t xml:space="preserve">                             centers, and emergency aircraft hangars,</w:t>
      </w:r>
      <w:r>
        <w:br/>
        <w:t xml:space="preserve">                        (14) buildings and other structures having critical</w:t>
      </w:r>
      <w:r>
        <w:br/>
        <w:t xml:space="preserve">                             national defense functions,</w:t>
      </w:r>
      <w:r>
        <w:br/>
        <w:t xml:space="preserve">                        (15) elevated water storage structures, and</w:t>
      </w:r>
      <w:r>
        <w:br/>
        <w:t xml:space="preserve">                        (16) buildings and other structures with high lateral</w:t>
      </w:r>
      <w:r>
        <w:br/>
        <w:t xml:space="preserve">                             loadings including:</w:t>
      </w:r>
      <w:r>
        <w:br/>
        <w:t xml:space="preserve">                             (a) those subjected to ultimate design three-</w:t>
      </w:r>
      <w:r>
        <w:br/>
        <w:t xml:space="preserve">                                  second wind gust speeds equaling or</w:t>
      </w:r>
      <w:r>
        <w:br/>
        <w:t xml:space="preserve">                                  exceeding wind speeds corresponding to</w:t>
      </w:r>
      <w:r>
        <w:br/>
        <w:t xml:space="preserve">                                  approximately a three percent (3%)</w:t>
      </w:r>
      <w:r>
        <w:br/>
        <w:t xml:space="preserve">                                  probability of exceedance in fifty (50)</w:t>
      </w:r>
      <w:r>
        <w:br/>
        <w:t xml:space="preserve">                                  years, or</w:t>
      </w:r>
      <w:r>
        <w:br/>
        <w:t xml:space="preserve">                             (b) those that are in Seismic Design Category D</w:t>
      </w:r>
      <w:r>
        <w:br/>
        <w:t xml:space="preserve">                                  and above.</w:t>
      </w:r>
      <w:r>
        <w:br/>
        <w:t xml:space="preserve">               b.       Significant structures shall exclude bridges and geo-</w:t>
      </w:r>
      <w:r>
        <w:br/>
        <w:t xml:space="preserve">                        structures. As defined in this act, "bridges" shall</w:t>
      </w:r>
      <w:r>
        <w:br/>
        <w:t xml:space="preserve">                        not include elevated structures linking buildings.</w:t>
      </w:r>
      <w:r>
        <w:br/>
        <w:t xml:space="preserve">                        "Geo-structures" shall mean engineered structures that</w:t>
      </w:r>
      <w:r>
        <w:br/>
        <w:t xml:space="preserve">                        are loaded by the earth or whose resistance is derived</w:t>
      </w:r>
      <w:r>
        <w:br/>
        <w:t xml:space="preserve">                        from the earth.</w:t>
      </w:r>
      <w:r>
        <w:br/>
        <w:t xml:space="preserve">               c.       A project defined as a significant structure shall be</w:t>
      </w:r>
      <w:r>
        <w:br/>
        <w:t xml:space="preserve">                        required to have an Engineer of Record who is a</w:t>
      </w:r>
      <w:r>
        <w:br/>
        <w:t xml:space="preserve">                        licensed Professional Structural Engineer;</w:t>
      </w:r>
      <w:r>
        <w:br w:type="page"/>
      </w:r>
    </w:p>
    <w:p w14:paraId="4451377C" w14:textId="5706D874" w:rsidR="004B271D" w:rsidRDefault="00E2156E">
      <w:r>
        <w:lastRenderedPageBreak/>
        <w:t xml:space="preserve">    20. "Engineer of Record" means the responsible professional</w:t>
      </w:r>
      <w:r>
        <w:br/>
        <w:t>engineer for design and construction phases of a project who signs</w:t>
      </w:r>
      <w:r>
        <w:br/>
        <w:t>and seals drawings, reports, or documents for the project or a</w:t>
      </w:r>
      <w:r>
        <w:br/>
        <w:t>portion of the project;</w:t>
      </w:r>
      <w:r>
        <w:br/>
        <w:t xml:space="preserve">    21. "Technical submissions" means the documents necessary to</w:t>
      </w:r>
      <w:r>
        <w:br/>
        <w:t>demonstrate compliance with applicable regulatory requirements</w:t>
      </w:r>
      <w:r>
        <w:br/>
        <w:t>and/or to fabricate or construct a project including, but not</w:t>
      </w:r>
      <w:r>
        <w:br/>
        <w:t>limited to, drawings, surveys, plats, digital models,</w:t>
      </w:r>
      <w:r>
        <w:br/>
        <w:t>specifications, performance criteria, and installation requirements;</w:t>
      </w:r>
      <w:r>
        <w:br/>
        <w:t>and</w:t>
      </w:r>
      <w:r>
        <w:br/>
        <w:t xml:space="preserve">    22. "Person" means an individual or firm.</w:t>
      </w:r>
      <w:r>
        <w:br/>
        <w:t xml:space="preserve">Added by Laws 1968, c. 245, § 2,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2; Laws 1992, c. 165, § 2, eff. July</w:t>
      </w:r>
      <w:r>
        <w:br/>
        <w:t>1, 1992; Laws 1999, c. 74, § 1, eff. Nov. 1, 1999; Laws 2005, c.</w:t>
      </w:r>
      <w:r>
        <w:br/>
        <w:t>115, § 2, eff. Nov. 1, 2005; Laws 2006, c. 58, § 1, eff. July 1,</w:t>
      </w:r>
      <w:r>
        <w:br/>
        <w:t>2006; Laws 2008, c. 312, § 1, eff. Nov. 1, 2008; Laws 2012, c. 139,</w:t>
      </w:r>
      <w:r>
        <w:br/>
        <w:t>§ 1; Laws 2017, c. 259, § 2, eff. Nov. 1, 2017; Laws 2024, c. 147, §</w:t>
      </w:r>
      <w:r>
        <w:br/>
        <w:t>10, eff. Nov. 1, 2024.</w:t>
      </w:r>
      <w:r>
        <w:br/>
      </w:r>
      <w:r>
        <w:br/>
        <w:t>§59-475.3. State Board of Licensure for Professional Engineers and</w:t>
      </w:r>
      <w:r>
        <w:br/>
        <w:t>Surveyors.</w:t>
      </w:r>
      <w:r>
        <w:br/>
        <w:t xml:space="preserve">    A. The State Board of Licensure for Professional Engineers and</w:t>
      </w:r>
      <w:r>
        <w:br/>
        <w:t>Surveyors is hereby re-created, to continue until July 1, 20</w:t>
      </w:r>
      <w:r w:rsidR="00BA7A06">
        <w:t>31</w:t>
      </w:r>
      <w:r>
        <w:t>, in</w:t>
      </w:r>
      <w:r>
        <w:br/>
        <w:t>accordance with the provisions of the Oklahoma Sunset Law, whose</w:t>
      </w:r>
      <w:r>
        <w:br/>
        <w:t>duty it shall be to administer the provisions of this act. The</w:t>
      </w:r>
      <w:r>
        <w:br/>
        <w:t>Board shall consist of four professional engineers and two</w:t>
      </w:r>
      <w:r>
        <w:br/>
        <w:t>professional surveyors, at least one of whom is not a professional</w:t>
      </w:r>
      <w:r>
        <w:br/>
        <w:t>engineer, all of whom shall be appointed by the Governor, with the</w:t>
      </w:r>
      <w:r>
        <w:br/>
        <w:t>advice and consent of the Oklahoma State Senate. The Governor shall</w:t>
      </w:r>
      <w:r>
        <w:br/>
        <w:t>also appoint one lay member. The professional engineers and</w:t>
      </w:r>
      <w:r>
        <w:br/>
        <w:t>professional surveyors shall have the qualifications required by</w:t>
      </w:r>
      <w:r>
        <w:br/>
        <w:t>this act.</w:t>
      </w:r>
      <w:r>
        <w:br/>
        <w:t xml:space="preserve">    B. Each member of the Board shall file with the Secretary of</w:t>
      </w:r>
      <w:r>
        <w:br/>
        <w:t>State a written oath or affirmation for the faithful discharge of</w:t>
      </w:r>
      <w:r>
        <w:br/>
        <w:t>official duties.</w:t>
      </w:r>
      <w:r>
        <w:br/>
        <w:t xml:space="preserve">    C. Appointments to the Board shall be in such manner and for</w:t>
      </w:r>
      <w:r>
        <w:br/>
        <w:t>such period of time so that no two terms, with the exception of the</w:t>
      </w:r>
      <w:r>
        <w:br/>
        <w:t>lay member, shall expire in the same year. On the expiration of the</w:t>
      </w:r>
      <w:r>
        <w:br/>
        <w:t>term of any member, except the lay member, the Governor shall in the</w:t>
      </w:r>
      <w:r>
        <w:br/>
        <w:t>manner herein provided appoint for a term of six (6) years a</w:t>
      </w:r>
      <w:r>
        <w:br/>
        <w:t>professional engineer or professional surveyor having the</w:t>
      </w:r>
      <w:r>
        <w:br/>
        <w:t>qualifications required in this act. The lay member of the Board</w:t>
      </w:r>
      <w:r>
        <w:br/>
        <w:t>shall be appointed by the Governor to a term coterminous with that</w:t>
      </w:r>
      <w:r>
        <w:br/>
        <w:t>of the Governor. The lay member shall serve at the pleasure of the</w:t>
      </w:r>
      <w:r>
        <w:br/>
        <w:t>Governor. Provided, the lay member may continue to serve after the</w:t>
      </w:r>
      <w:r>
        <w:br/>
        <w:t>expiration of the member's term until such time as a successor is</w:t>
      </w:r>
      <w:r>
        <w:br/>
        <w:t>appointed. Members may be reappointed to succeed themselves. Each</w:t>
      </w:r>
      <w:r>
        <w:br w:type="page"/>
      </w:r>
    </w:p>
    <w:p w14:paraId="7ACA73EC" w14:textId="77777777" w:rsidR="004B271D" w:rsidRDefault="00E2156E">
      <w:r>
        <w:lastRenderedPageBreak/>
        <w:t>member may hold office until the expiration of the term for which</w:t>
      </w:r>
      <w:r>
        <w:br/>
        <w:t>appointed or until a successor has been duly appointed and has</w:t>
      </w:r>
      <w:r>
        <w:br/>
        <w:t>qualified. In the event of a vacancy on the Board due to</w:t>
      </w:r>
      <w:r>
        <w:br/>
        <w:t>resignation, death or for any cause resulting in an unexpired term,</w:t>
      </w:r>
      <w:r>
        <w:br/>
        <w:t>if not filled within three (3) months, the Board may appoint a</w:t>
      </w:r>
      <w:r>
        <w:br/>
        <w:t>provisional member to serve in the interim until the Governor acts.</w:t>
      </w:r>
      <w:r>
        <w:br/>
        <w:t xml:space="preserve">Added by Laws 1968, c. 245, § 3, </w:t>
      </w:r>
      <w:proofErr w:type="spellStart"/>
      <w:r>
        <w:t>emerg</w:t>
      </w:r>
      <w:proofErr w:type="spellEnd"/>
      <w:r>
        <w:t>. eff. April 26, 1968.</w:t>
      </w:r>
      <w:r>
        <w:br/>
        <w:t>Amended by Laws 1980, c. 287, § 1, eff. July 1, 1980; Laws 1982, c.</w:t>
      </w:r>
      <w:r>
        <w:br/>
        <w:t>297, § 3; Laws 1986, c. 31, § 1, eff. July 1, 1986; Laws 1992, c. 4,</w:t>
      </w:r>
      <w:r>
        <w:br/>
        <w:t>§ 1; Laws 1992, c. 165, § 3, eff. July 1, 1992; Laws 1998, c. 37, §</w:t>
      </w:r>
      <w:r>
        <w:br/>
        <w:t>1; Laws 2004, c. 26, § 1; Laws 2005, c. 115, § 3, eff. Nov. 1, 2005;</w:t>
      </w:r>
      <w:r>
        <w:br/>
        <w:t>Laws 2010, c. 33, § 1; Laws 2014, c. 56, § 1; Laws 2017, c. 259, §</w:t>
      </w:r>
      <w:r>
        <w:br/>
        <w:t>3, eff. Nov. 1, 2017; Laws 2020, c. 116, § 2, eff. July 1, 2020;</w:t>
      </w:r>
      <w:r>
        <w:br/>
        <w:t>Laws 2023, c. 63, § 1; Laws 2024, c. 147, § 11, eff. Nov. 1, 2024.</w:t>
      </w:r>
      <w:r>
        <w:br/>
      </w:r>
      <w:r>
        <w:br/>
        <w:t>§59-475.4. Qualifications of Board members.</w:t>
      </w:r>
      <w:r>
        <w:br/>
        <w:t xml:space="preserve">    Each professional engineer member of the Board shall be a</w:t>
      </w:r>
      <w:r>
        <w:br/>
        <w:t>citizen of the United States and resident of this state. The member</w:t>
      </w:r>
      <w:r>
        <w:br/>
        <w:t>shall have been engaged in the lawful practice of engineering as a</w:t>
      </w:r>
      <w:r>
        <w:br/>
        <w:t>professional engineer for at least ten (10) years. The member shall</w:t>
      </w:r>
      <w:r>
        <w:br/>
        <w:t>have been in responsible charge of engineering projects for at least</w:t>
      </w:r>
      <w:r>
        <w:br/>
        <w:t>five (5) years and shall be a licensed professional engineer in this</w:t>
      </w:r>
      <w:r>
        <w:br/>
        <w:t>state. Not more than two professional engineer board members shall</w:t>
      </w:r>
      <w:r>
        <w:br/>
        <w:t>have the same primary area of competence designated in the Board</w:t>
      </w:r>
      <w:r>
        <w:br/>
        <w:t>records. A minimum of one professional engineer board member shall</w:t>
      </w:r>
      <w:r>
        <w:br/>
        <w:t>be a Professional Structural Engineer. Each professional surveyor</w:t>
      </w:r>
      <w:r>
        <w:br/>
        <w:t>member of the Board shall be a citizen of the United States and a</w:t>
      </w:r>
      <w:r>
        <w:br/>
        <w:t>resident of this state. The member shall have been engaged in the</w:t>
      </w:r>
      <w:r>
        <w:br/>
        <w:t>lawful practice of surveying as a professional surveyor for at least</w:t>
      </w:r>
      <w:r>
        <w:br/>
        <w:t>ten (10) years. The member shall have been in responsible charge of</w:t>
      </w:r>
      <w:r>
        <w:br/>
        <w:t>surveying projects for at least five (5) years and shall be a</w:t>
      </w:r>
      <w:r>
        <w:br/>
        <w:t>licensed professional surveyor in this state.</w:t>
      </w:r>
      <w:r>
        <w:br/>
        <w:t xml:space="preserve">Added by Laws 1968, c. 245, § 4, </w:t>
      </w:r>
      <w:proofErr w:type="spellStart"/>
      <w:r>
        <w:t>emerg</w:t>
      </w:r>
      <w:proofErr w:type="spellEnd"/>
      <w:r>
        <w:t>. eff. April 26, 1968.</w:t>
      </w:r>
      <w:r>
        <w:br/>
        <w:t>Amended by Laws 1980, c. 287, § 2, eff. July 1, 1980; Laws 1982, c.</w:t>
      </w:r>
      <w:r>
        <w:br/>
        <w:t>297, § 4; Laws 1992, c. 165, § 4, eff. July 1, 1992; Laws 2005, c.</w:t>
      </w:r>
      <w:r>
        <w:br/>
        <w:t>115, § 4, eff. Nov. 1, 2005; Laws 2017, c. 259, § 4, eff. Nov. 1,</w:t>
      </w:r>
      <w:r>
        <w:br/>
        <w:t>2017; Laws 2024, c. 147, § 12, eff. Nov. 1, 2024.</w:t>
      </w:r>
      <w:r>
        <w:br/>
      </w:r>
      <w:r>
        <w:br/>
        <w:t>§59-475.6. Removal of Board members - Vacancies.</w:t>
      </w:r>
      <w:r>
        <w:br/>
        <w:t xml:space="preserve">    The Governor may remove any member of the Board for misconduct,</w:t>
      </w:r>
      <w:r>
        <w:br/>
        <w:t>incompetence, neglect of duty or any sufficient cause, in the manner</w:t>
      </w:r>
      <w:r>
        <w:br/>
        <w:t>prescribed by law for removal of state officials. Vacancies in the</w:t>
      </w:r>
      <w:r>
        <w:br/>
        <w:t>membership of the Board shall be filled for the unexpired term by</w:t>
      </w:r>
      <w:r>
        <w:br/>
        <w:t>appointment by the Governor as provided in this act.</w:t>
      </w:r>
      <w:r>
        <w:br/>
        <w:t xml:space="preserve">Added by Laws 1968, c. 245, § 6,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6; Laws 2005, c. 115, § 5, eff. Nov.</w:t>
      </w:r>
      <w:r>
        <w:br/>
        <w:t>1, 2005; Laws 2024, c. 147, § 13, eff. Nov. 1, 2024.</w:t>
      </w:r>
      <w:r>
        <w:br w:type="page"/>
      </w:r>
    </w:p>
    <w:p w14:paraId="43CE29CF" w14:textId="77777777" w:rsidR="004B271D" w:rsidRDefault="00E2156E">
      <w:r>
        <w:lastRenderedPageBreak/>
        <w:t>§59-475.7. Meetings - Officers - Quorum.</w:t>
      </w:r>
      <w:r>
        <w:br/>
        <w:t xml:space="preserve">    The Board shall hold at least four regular meetings each year.</w:t>
      </w:r>
      <w:r>
        <w:br/>
        <w:t>Special meetings may be held as the bylaws of the Board provide.</w:t>
      </w:r>
      <w:r>
        <w:br/>
        <w:t>The Board shall elect or appoint annually the following officers:</w:t>
      </w:r>
      <w:r>
        <w:br/>
        <w:t>Chair, Vice Chair, and Secretary. A quorum of the Board shall</w:t>
      </w:r>
      <w:r>
        <w:br/>
        <w:t xml:space="preserve">consist of </w:t>
      </w:r>
      <w:proofErr w:type="gramStart"/>
      <w:r>
        <w:t>a majority of</w:t>
      </w:r>
      <w:proofErr w:type="gramEnd"/>
      <w:r>
        <w:t xml:space="preserve"> the full Board that includes at least one</w:t>
      </w:r>
      <w:r>
        <w:br/>
        <w:t>professional surveyor member.</w:t>
      </w:r>
      <w:r>
        <w:br/>
        <w:t xml:space="preserve">Added by Laws 1968, c. 245, § 7,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7; Laws 1992, c. 165, § 5, eff. July</w:t>
      </w:r>
      <w:r>
        <w:br/>
        <w:t>1, 1992; Laws 2005, c. 115, § 6, eff. Nov. 1, 2005; Laws 2024, c.</w:t>
      </w:r>
      <w:r>
        <w:br/>
        <w:t>147, § 14, eff. Nov. 1, 2024.</w:t>
      </w:r>
      <w:r>
        <w:br/>
      </w:r>
      <w:r>
        <w:br/>
        <w:t>§59-475.8. Powers and authority of Board.</w:t>
      </w:r>
      <w:r>
        <w:br/>
        <w:t xml:space="preserve">    A. The State Board of Licensure for Professional Engineers and</w:t>
      </w:r>
      <w:r>
        <w:br/>
        <w:t>Surveyors shall have the power to adopt and amend all bylaws and</w:t>
      </w:r>
      <w:r>
        <w:br/>
        <w:t>rules of procedure, not inconsistent with the Constitution and laws</w:t>
      </w:r>
      <w:r>
        <w:br/>
        <w:t>of this state and this act, including the adoption and promulgation</w:t>
      </w:r>
      <w:r>
        <w:br/>
        <w:t>of Rules of Professional Conduct for Professional Engineers and</w:t>
      </w:r>
      <w:r>
        <w:br/>
        <w:t>Surveyors, which may be reasonably necessary for the proper</w:t>
      </w:r>
      <w:r>
        <w:br/>
        <w:t>performance of its duties and the regulation of its proceedings,</w:t>
      </w:r>
      <w:r>
        <w:br/>
        <w:t>meetings, records, examinations and the conduct thereof. These</w:t>
      </w:r>
      <w:r>
        <w:br/>
        <w:t>actions by the Board shall be binding upon persons licensed or</w:t>
      </w:r>
      <w:r>
        <w:br/>
        <w:t>recognized under this act and shall be applicable to firms which</w:t>
      </w:r>
      <w:r>
        <w:br/>
        <w:t>hold or should hold a certificate of authority, and non-licensees</w:t>
      </w:r>
      <w:r>
        <w:br/>
        <w:t>found by the Board to be in violation of the provisions of this act.</w:t>
      </w:r>
      <w:r>
        <w:br/>
        <w:t>The Board shall adopt and have an official seal, which shall be</w:t>
      </w:r>
      <w:r>
        <w:br/>
        <w:t>affixed to each certificate issued. The Board shall have the</w:t>
      </w:r>
      <w:r>
        <w:br/>
        <w:t>further power and authority to:</w:t>
      </w:r>
      <w:r>
        <w:br/>
        <w:t xml:space="preserve">    1. Establish and amend minimum standards for the practice of</w:t>
      </w:r>
      <w:r>
        <w:br/>
        <w:t>engineering and surveying;</w:t>
      </w:r>
      <w:r>
        <w:br/>
        <w:t xml:space="preserve">    2. Establish continuing education requirements for renewal of</w:t>
      </w:r>
      <w:r>
        <w:br/>
        <w:t>professional engineering and professional surveying licenses;</w:t>
      </w:r>
      <w:r>
        <w:br/>
        <w:t xml:space="preserve">    3. Promulgate rules concerning the ethical marketing of</w:t>
      </w:r>
      <w:r>
        <w:br/>
        <w:t>professional engineering and professional surveying services; and</w:t>
      </w:r>
      <w:r>
        <w:br/>
        <w:t xml:space="preserve">    4. Upon good cause shown, as hereinafter provided, deny the</w:t>
      </w:r>
      <w:r>
        <w:br/>
        <w:t>issuance, restoration or renewal of, or place on probation for a</w:t>
      </w:r>
      <w:r>
        <w:br/>
      </w:r>
      <w:proofErr w:type="gramStart"/>
      <w:r>
        <w:t>period of time</w:t>
      </w:r>
      <w:proofErr w:type="gramEnd"/>
      <w:r>
        <w:t xml:space="preserve"> and subject to such conditions as the Board may</w:t>
      </w:r>
      <w:r>
        <w:br/>
        <w:t>specify, a license or certificate of authority. In addition, the</w:t>
      </w:r>
      <w:r>
        <w:br/>
        <w:t>Board may suspend, revoke, place practice restrictions, or refuse to</w:t>
      </w:r>
      <w:r>
        <w:br/>
        <w:t>renew licenses or certificates of authority previously issued, and</w:t>
      </w:r>
      <w:r>
        <w:br/>
        <w:t>upon proper showing to review, affirm, reverse, vacate or modify its</w:t>
      </w:r>
      <w:r>
        <w:br/>
        <w:t>orders with respect to such denial, suspension, revocation or</w:t>
      </w:r>
      <w:r>
        <w:br/>
        <w:t>refusal to renew.</w:t>
      </w:r>
      <w:r>
        <w:br/>
        <w:t xml:space="preserve">    B. The Board is hereby authorized to levy administrative</w:t>
      </w:r>
      <w:r>
        <w:br/>
        <w:t>penalties against any person or entity who or which violates any of</w:t>
      </w:r>
      <w:r>
        <w:br/>
        <w:t>the provisions of this act or any rule or regulation promulgated</w:t>
      </w:r>
      <w:r>
        <w:br w:type="page"/>
      </w:r>
    </w:p>
    <w:p w14:paraId="5726B474" w14:textId="77777777" w:rsidR="004B271D" w:rsidRDefault="00E2156E">
      <w:r>
        <w:lastRenderedPageBreak/>
        <w:t>pursuant thereto. The Board is hereby authorized to initiate</w:t>
      </w:r>
      <w:r>
        <w:br/>
        <w:t>disciplinary, prosecutorial and injunctive proceedings against any</w:t>
      </w:r>
      <w:r>
        <w:br/>
        <w:t>person or entity who or which has violated any of the provisions of</w:t>
      </w:r>
      <w:r>
        <w:br/>
        <w:t>this act or any rule or regulation of the Board promulgated pursuant</w:t>
      </w:r>
      <w:r>
        <w:br/>
        <w:t>thereto. The Board shall investigate alleged violations of the</w:t>
      </w:r>
      <w:r>
        <w:br/>
        <w:t>provisions of this act or of the rules or regulations, orders or</w:t>
      </w:r>
      <w:r>
        <w:br/>
        <w:t>final decisions of the Board.</w:t>
      </w:r>
      <w:r>
        <w:br/>
        <w:t xml:space="preserve">    C. The Board is hereby authorized to acquire by purchase,</w:t>
      </w:r>
      <w:r>
        <w:br/>
        <w:t>lease, gift, solicitation of gift or by any other lawful means, and</w:t>
      </w:r>
      <w:r>
        <w:br/>
        <w:t>maintain, use and operate real property and improvements; contract</w:t>
      </w:r>
      <w:r>
        <w:br/>
        <w:t>for the maintenance, use, and operation of or lease of any and all</w:t>
      </w:r>
      <w:r>
        <w:br/>
        <w:t>real property and improvements; lease or sublease any part of real</w:t>
      </w:r>
      <w:r>
        <w:br/>
        <w:t>property and improvements acquired pursuant to this section to</w:t>
      </w:r>
      <w:r>
        <w:br/>
        <w:t>public entities, private entities, or private persons, on any terms</w:t>
      </w:r>
      <w:r>
        <w:br/>
        <w:t>and for any consideration deemed appropriate by the Board, subject</w:t>
      </w:r>
      <w:r>
        <w:br/>
        <w:t>to restrictions in purchase or lease documents relating to property</w:t>
      </w:r>
      <w:r>
        <w:br/>
        <w:t>acquired; provided, all contracts for real property and improvements</w:t>
      </w:r>
      <w:r>
        <w:br/>
        <w:t>shall be subject to the provisions of Section 63 of Title 74 of the</w:t>
      </w:r>
      <w:r>
        <w:br/>
        <w:t>Oklahoma Statutes.</w:t>
      </w:r>
      <w:r>
        <w:br/>
        <w:t xml:space="preserve">    D. In carrying into </w:t>
      </w:r>
      <w:proofErr w:type="gramStart"/>
      <w:r>
        <w:t>effect</w:t>
      </w:r>
      <w:proofErr w:type="gramEnd"/>
      <w:r>
        <w:t xml:space="preserve"> the provisions of this act, the</w:t>
      </w:r>
      <w:r>
        <w:br/>
        <w:t>Board, under the hand of its Chair, Vice Chair, or Executive</w:t>
      </w:r>
      <w:r>
        <w:br/>
        <w:t>Director and the seal of the Board, may subpoena witnesses and</w:t>
      </w:r>
      <w:r>
        <w:br/>
        <w:t>compel their attendance, and may also require the submission of</w:t>
      </w:r>
      <w:r>
        <w:br/>
        <w:t>books, papers, documents or other pertinent data, in any</w:t>
      </w:r>
      <w:r>
        <w:br/>
        <w:t>disciplinary matters, or in any case wherever a violation of this</w:t>
      </w:r>
      <w:r>
        <w:br/>
        <w:t>act is alleged. Upon failure or refusal to comply with any such</w:t>
      </w:r>
      <w:r>
        <w:br/>
        <w:t>order of the Board, or upon failure to honor its subpoena, as herein</w:t>
      </w:r>
      <w:r>
        <w:br/>
        <w:t>provided, the Board may apply to a court of proper jurisdiction for</w:t>
      </w:r>
      <w:r>
        <w:br/>
        <w:t>an order to enforce compliance with same.</w:t>
      </w:r>
      <w:r>
        <w:br/>
        <w:t xml:space="preserve">    E. The Board is hereby authorized in the name of the state to</w:t>
      </w:r>
      <w:r>
        <w:br/>
        <w:t>apply for relief by injunction in the established manner provided in</w:t>
      </w:r>
      <w:r>
        <w:br/>
        <w:t>cases of civil procedure, without bond, to enforce the provisions of</w:t>
      </w:r>
      <w:r>
        <w:br/>
        <w:t>this act, or to restrain any violation thereof. In such</w:t>
      </w:r>
      <w:r>
        <w:br/>
        <w:t>proceedings, it shall not be necessary to allege or prove either</w:t>
      </w:r>
      <w:r>
        <w:br/>
        <w:t>that an adequate remedy at law does not exist or that substantial or</w:t>
      </w:r>
      <w:r>
        <w:br/>
        <w:t>irreparable damage would result from the continued violation</w:t>
      </w:r>
      <w:r>
        <w:br/>
        <w:t>thereof. The members of the Board shall not be personally liable</w:t>
      </w:r>
      <w:r>
        <w:br/>
        <w:t>under this proceeding.</w:t>
      </w:r>
      <w:r>
        <w:br/>
        <w:t xml:space="preserve">    F. The Board may subject an applicant for a license or a</w:t>
      </w:r>
      <w:r>
        <w:br/>
        <w:t>licensee to such examinations as it deems necessary to determine the</w:t>
      </w:r>
      <w:r>
        <w:br/>
        <w:t>applicant's or licensee's qualifications. The Board may dispose of</w:t>
      </w:r>
      <w:r>
        <w:br/>
        <w:t>a formal complaint against a licensee for a violation of this act by</w:t>
      </w:r>
      <w:r>
        <w:br/>
        <w:t>an order that a licensee shall complete the examinations as the</w:t>
      </w:r>
      <w:r>
        <w:br/>
        <w:t>Board deems necessary to determine the qualifications of the</w:t>
      </w:r>
      <w:r>
        <w:br/>
        <w:t>licensee, and upon the initial failure or refusal to successfully</w:t>
      </w:r>
      <w:r>
        <w:br/>
        <w:t>complete the examination, within the time ordered, place conditions</w:t>
      </w:r>
      <w:r>
        <w:br w:type="page"/>
      </w:r>
    </w:p>
    <w:p w14:paraId="02E5A035" w14:textId="77777777" w:rsidR="004B271D" w:rsidRDefault="00E2156E">
      <w:r>
        <w:lastRenderedPageBreak/>
        <w:t xml:space="preserve">on the license of the </w:t>
      </w:r>
      <w:proofErr w:type="spellStart"/>
      <w:r>
        <w:t>licensee</w:t>
      </w:r>
      <w:proofErr w:type="spellEnd"/>
      <w:r>
        <w:t xml:space="preserve"> to practice and order other remedies</w:t>
      </w:r>
      <w:r>
        <w:br/>
        <w:t>until competence is demonstrated.</w:t>
      </w:r>
      <w:r>
        <w:br/>
        <w:t xml:space="preserve">    G. No action or other legal proceedings for damages shall be</w:t>
      </w:r>
      <w:r>
        <w:br/>
        <w:t>instituted against the Board or against any Board member or employee</w:t>
      </w:r>
      <w:r>
        <w:br/>
        <w:t>of the Board for any act done in good faith and in the intended</w:t>
      </w:r>
      <w:r>
        <w:br/>
        <w:t>performance of any power granted under this act or for any neglect</w:t>
      </w:r>
      <w:r>
        <w:br/>
        <w:t>or default in the performance or exercise in good faith of any such</w:t>
      </w:r>
      <w:r>
        <w:br/>
        <w:t>duty or power.</w:t>
      </w:r>
      <w:r>
        <w:br/>
        <w:t xml:space="preserve">    H. The Board may give scholarships, as determined by the Board,</w:t>
      </w:r>
      <w:r>
        <w:br/>
        <w:t>to an individual or individuals advancing toward obtaining an EAC,</w:t>
      </w:r>
      <w:r>
        <w:br/>
        <w:t>TAC/ABET, or Board-approved degree in engineering or surveying at an</w:t>
      </w:r>
      <w:r>
        <w:br/>
        <w:t>Oklahoma higher education institution, and take such other action as</w:t>
      </w:r>
      <w:r>
        <w:br/>
        <w:t>may be reasonably necessary or appropriate to effectuate the rules</w:t>
      </w:r>
      <w:r>
        <w:br/>
        <w:t>of the State Board of Licensure for Professional Engineers and</w:t>
      </w:r>
      <w:r>
        <w:br/>
        <w:t>Surveyors. The Board may, at its discretion, contract with other</w:t>
      </w:r>
      <w:r>
        <w:br/>
        <w:t>state agencies and nonprofit corporations for the endowment,</w:t>
      </w:r>
      <w:r>
        <w:br/>
        <w:t>management and administration of scholarships. The requirements of</w:t>
      </w:r>
      <w:r>
        <w:br/>
        <w:t>such scholarships shall be determined by the Board. However,</w:t>
      </w:r>
      <w:r>
        <w:br/>
        <w:t>nothing contained herein shall be construed as requiring the Board</w:t>
      </w:r>
      <w:r>
        <w:br/>
        <w:t>to endow or award any scholarship.</w:t>
      </w:r>
      <w:r>
        <w:br/>
        <w:t xml:space="preserve">    I. The Board may use its funds to establish and conduct</w:t>
      </w:r>
      <w:r>
        <w:br/>
        <w:t>instructional programs for persons who are currently licensed to</w:t>
      </w:r>
      <w:r>
        <w:br/>
        <w:t>practice engineering or surveying, as well as refresher courses for</w:t>
      </w:r>
      <w:r>
        <w:br/>
        <w:t>persons interested in obtaining adequate instruction or programs of</w:t>
      </w:r>
      <w:r>
        <w:br/>
        <w:t>study to qualify them for licensure to practice engineering or</w:t>
      </w:r>
      <w:r>
        <w:br/>
        <w:t>surveying. The Board may expend its funds for these purposes and</w:t>
      </w:r>
      <w:r>
        <w:br/>
        <w:t xml:space="preserve">may conduct, sponsor and arrange for instructional programs </w:t>
      </w:r>
      <w:proofErr w:type="gramStart"/>
      <w:r>
        <w:t>and also</w:t>
      </w:r>
      <w:proofErr w:type="gramEnd"/>
      <w:r>
        <w:br/>
        <w:t>may carry out instructional workforce development programs through</w:t>
      </w:r>
      <w:r>
        <w:br/>
        <w:t>extension courses or other media. The Board may enter into plans or</w:t>
      </w:r>
      <w:r>
        <w:br/>
        <w:t>agreements with community colleges, public or private institutions</w:t>
      </w:r>
      <w:r>
        <w:br/>
        <w:t>of higher learning, the State Board of Education, nonprofit</w:t>
      </w:r>
      <w:r>
        <w:br/>
        <w:t xml:space="preserve">organizations, or with Oklahoma </w:t>
      </w:r>
      <w:proofErr w:type="spellStart"/>
      <w:r>
        <w:t>CareerTech</w:t>
      </w:r>
      <w:proofErr w:type="spellEnd"/>
      <w:r>
        <w:t xml:space="preserve"> for the purpose of</w:t>
      </w:r>
      <w:r>
        <w:br/>
        <w:t>planning, scheduling or arranging courses, instruction, extension</w:t>
      </w:r>
      <w:r>
        <w:br/>
        <w:t>courses or in assisting in obtaining courses of study or programs in</w:t>
      </w:r>
      <w:r>
        <w:br/>
        <w:t>the fields of engineering and surveying. The Board shall encourage</w:t>
      </w:r>
      <w:r>
        <w:br/>
        <w:t>the educational institutions in Oklahoma to offer courses necessary</w:t>
      </w:r>
      <w:r>
        <w:br/>
        <w:t>to complete the educational requirements of this act. To carry out</w:t>
      </w:r>
      <w:r>
        <w:br/>
        <w:t>these objectives, the Board may adopt rules as may be necessary for</w:t>
      </w:r>
      <w:r>
        <w:br/>
        <w:t>the educational programs, instruction, extension services or for</w:t>
      </w:r>
      <w:r>
        <w:br/>
      </w:r>
      <w:proofErr w:type="gramStart"/>
      <w:r>
        <w:t>entering into</w:t>
      </w:r>
      <w:proofErr w:type="gramEnd"/>
      <w:r>
        <w:t xml:space="preserve"> plans or contracts with persons or educational</w:t>
      </w:r>
      <w:r>
        <w:br/>
        <w:t xml:space="preserve">institutions and Oklahoma </w:t>
      </w:r>
      <w:proofErr w:type="spellStart"/>
      <w:r>
        <w:t>CareerTech</w:t>
      </w:r>
      <w:proofErr w:type="spellEnd"/>
      <w:r>
        <w:t>.</w:t>
      </w:r>
      <w:r>
        <w:br/>
        <w:t xml:space="preserve">Added by Laws 1968, c. 245, § 8,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8; Laws 1992, c. 165, § 6, eff. July</w:t>
      </w:r>
      <w:r>
        <w:br/>
        <w:t>1, 1992; Laws 2005, c. 115, § 7, eff. Nov. 1, 2005; Laws 2010, c.</w:t>
      </w:r>
      <w:r>
        <w:br/>
        <w:t xml:space="preserve">337, § 1, </w:t>
      </w:r>
      <w:proofErr w:type="spellStart"/>
      <w:r>
        <w:t>emerg</w:t>
      </w:r>
      <w:proofErr w:type="spellEnd"/>
      <w:r>
        <w:t>. eff. June 6, 2010; Laws 2012, c. 139, § 2; Laws</w:t>
      </w:r>
      <w:r>
        <w:br/>
        <w:t>2017, c. 259, § 5, eff. Nov. 1, 2017; Laws 2024, c. 147, § 15, eff.</w:t>
      </w:r>
      <w:r>
        <w:br/>
        <w:t>Nov. 1, 2024.</w:t>
      </w:r>
      <w:r>
        <w:br w:type="page"/>
      </w:r>
    </w:p>
    <w:p w14:paraId="3E3FD178" w14:textId="308CE2BA" w:rsidR="004B271D" w:rsidRDefault="00E2156E">
      <w:r>
        <w:lastRenderedPageBreak/>
        <w:t>§59-475.9. Professional Engineers and Surveyors Fund - Expenditures</w:t>
      </w:r>
      <w:r>
        <w:br/>
        <w:t>- Audits.</w:t>
      </w:r>
      <w:r>
        <w:br/>
        <w:t xml:space="preserve">    A. The Executive Director of the State Board of Licensure for</w:t>
      </w:r>
      <w:r>
        <w:br/>
        <w:t>Professional Engineers and Surveyors shall be responsible for</w:t>
      </w:r>
      <w:r>
        <w:br/>
        <w:t>accounting for all monies derived under the provisions of this act.</w:t>
      </w:r>
      <w:r>
        <w:br/>
        <w:t>This fund shall be known as the "Professional Engineers and</w:t>
      </w:r>
      <w:r>
        <w:br/>
        <w:t>Surveyors Fund", and shall be deposited with the State Treasurer,</w:t>
      </w:r>
      <w:r>
        <w:br/>
        <w:t>and shall be paid out only upon requisitions submitted by the</w:t>
      </w:r>
      <w:r>
        <w:br/>
        <w:t>Secretary or Executive Director. All monies in this fund are hereby</w:t>
      </w:r>
      <w:r>
        <w:br/>
        <w:t>specifically appropriated for the use of the Board, and at the end</w:t>
      </w:r>
      <w:r>
        <w:br/>
        <w:t>of each fiscal year the Board shall pay into the General Revenue</w:t>
      </w:r>
      <w:r>
        <w:br/>
        <w:t>Fund of the state an amount equal to ten percent (10%) of all</w:t>
      </w:r>
      <w:r>
        <w:br/>
        <w:t>licensure and certification fees in compliance with Section 211 of</w:t>
      </w:r>
      <w:r>
        <w:br/>
        <w:t>Title 62 of the Oklahoma Statutes.</w:t>
      </w:r>
      <w:r>
        <w:br/>
        <w:t xml:space="preserve">    B. The Board shall obtain an office, secure such facilities,</w:t>
      </w:r>
      <w:r>
        <w:br/>
        <w:t>and employ, direct, discharge and define the duties and salaries of</w:t>
      </w:r>
      <w:r>
        <w:br/>
        <w:t>an Executive Director as necessary for the proper performance of its</w:t>
      </w:r>
      <w:r>
        <w:br/>
        <w:t>work. The Executive Director shall be responsible for the</w:t>
      </w:r>
      <w:r>
        <w:br/>
        <w:t>administration of the policies of the Board and for the processing</w:t>
      </w:r>
      <w:r>
        <w:br/>
        <w:t>of its routine operations. The Executive Director may also employ</w:t>
      </w:r>
      <w:r>
        <w:br/>
        <w:t xml:space="preserve">those </w:t>
      </w:r>
      <w:proofErr w:type="gramStart"/>
      <w:r>
        <w:t>persons</w:t>
      </w:r>
      <w:proofErr w:type="gramEnd"/>
      <w:r>
        <w:t xml:space="preserve"> required and qualified, including full or part-time,</w:t>
      </w:r>
      <w:r>
        <w:br/>
        <w:t>to perform the administration of the laws in Oklahoma and those</w:t>
      </w:r>
      <w:r>
        <w:br/>
        <w:t>rules regulating the practice of engineering and surveying. This</w:t>
      </w:r>
      <w:r>
        <w:br/>
        <w:t>includes the use of consultants when deemed necessary. All</w:t>
      </w:r>
      <w:r>
        <w:br/>
        <w:t xml:space="preserve">employees </w:t>
      </w:r>
      <w:proofErr w:type="gramStart"/>
      <w:r>
        <w:t>of</w:t>
      </w:r>
      <w:proofErr w:type="gramEnd"/>
      <w:r>
        <w:t xml:space="preserve"> the Board, current or future, shall be considered in</w:t>
      </w:r>
      <w:r>
        <w:br/>
        <w:t>the unclassified service and shall not be placed under the</w:t>
      </w:r>
      <w:r>
        <w:br/>
        <w:t>classified service. The Board shall make expenditures from the fund</w:t>
      </w:r>
      <w:r>
        <w:br/>
        <w:t>created in subsection A of this section for any purpose which, in</w:t>
      </w:r>
      <w:r>
        <w:br/>
        <w:t>the opinion of the Board, is reasonably necessary for the proper</w:t>
      </w:r>
      <w:r>
        <w:br/>
        <w:t>performance of its duties under this act, including examination</w:t>
      </w:r>
      <w:r>
        <w:br/>
        <w:t>administration fees, the expenses of the Board's delegates to</w:t>
      </w:r>
      <w:r>
        <w:br/>
        <w:t>meetings of and membership fees to the National Council of Examiners</w:t>
      </w:r>
      <w:r>
        <w:br/>
        <w:t>for Engineering and Surveying, meaning the national nonprofit</w:t>
      </w:r>
      <w:r>
        <w:br/>
        <w:t>organization composed of engineering and surveying licensing boards</w:t>
      </w:r>
      <w:r>
        <w:br/>
        <w:t>commonly called NCEES, and any of its subdivisions, as provided in</w:t>
      </w:r>
      <w:r>
        <w:br/>
        <w:t>the State Travel Reimbursement Act, Section 500.1 et seq. of Title</w:t>
      </w:r>
      <w:r>
        <w:br/>
        <w:t>74 of the Oklahoma Statutes. Under no circumstances shall the total</w:t>
      </w:r>
      <w:r>
        <w:br/>
      </w:r>
      <w:proofErr w:type="gramStart"/>
      <w:r>
        <w:t>amount</w:t>
      </w:r>
      <w:proofErr w:type="gramEnd"/>
      <w:r>
        <w:t xml:space="preserve"> of warrants issued in payment of the expenses and</w:t>
      </w:r>
      <w:r>
        <w:br/>
        <w:t xml:space="preserve">compensation provided for in this act exceed the </w:t>
      </w:r>
      <w:proofErr w:type="gramStart"/>
      <w:r>
        <w:t>amount</w:t>
      </w:r>
      <w:proofErr w:type="gramEnd"/>
      <w:r>
        <w:t xml:space="preserve"> of monies in</w:t>
      </w:r>
      <w:r>
        <w:br/>
        <w:t>the fund.</w:t>
      </w:r>
      <w:r>
        <w:br/>
        <w:t xml:space="preserve">Added by Laws 1968, c. 245, § 9, </w:t>
      </w:r>
      <w:proofErr w:type="spellStart"/>
      <w:r>
        <w:t>emerg</w:t>
      </w:r>
      <w:proofErr w:type="spellEnd"/>
      <w:r>
        <w:t>. eff. April 26, 1968.</w:t>
      </w:r>
      <w:r>
        <w:br/>
        <w:t xml:space="preserve">Amended by Laws 1980, c. 159, § 11, </w:t>
      </w:r>
      <w:proofErr w:type="spellStart"/>
      <w:r>
        <w:t>emerg</w:t>
      </w:r>
      <w:proofErr w:type="spellEnd"/>
      <w:r>
        <w:t>. eff. April 2, 1980; Laws</w:t>
      </w:r>
      <w:r>
        <w:br/>
        <w:t>1982, c. 297, § 9; Laws 1992, c. 165, § 7, eff. July 1, 1992; Laws</w:t>
      </w:r>
      <w:r>
        <w:br/>
        <w:t>2005, c. 115, § 8, eff. Nov. 1, 2005; Laws 2008, c. 312, § 2, eff.</w:t>
      </w:r>
      <w:r>
        <w:br/>
        <w:t>Nov. 1, 2008; Laws 2010, c. 413, § 17, eff. July 1, 2010; Laws 2012,</w:t>
      </w:r>
    </w:p>
    <w:p w14:paraId="3153B5A0" w14:textId="25630E61" w:rsidR="004B271D" w:rsidRDefault="00E2156E">
      <w:r>
        <w:t>c. 139, § 3; Laws 2017, c. 259, § 6, eff. Nov. 1, 2017; Laws 2024,</w:t>
      </w:r>
      <w:r>
        <w:br/>
        <w:t>c. 147, § 16, eff. Nov. 1, 2024.</w:t>
      </w:r>
      <w:r>
        <w:br/>
      </w:r>
      <w:r>
        <w:br/>
        <w:t>§59-475.10. Record of proceedings and applications - Evidentiary</w:t>
      </w:r>
      <w:r>
        <w:br/>
        <w:t>use - Annual reports - Confidentiality.</w:t>
      </w:r>
      <w:r>
        <w:br/>
        <w:t xml:space="preserve">    A. The State Board of Licensure for Professional Engineers and</w:t>
      </w:r>
      <w:r>
        <w:br/>
        <w:t>Surveyors shall keep a record of its proceedings and of all</w:t>
      </w:r>
      <w:r>
        <w:br/>
        <w:t>applications for licensing, which record shall show:</w:t>
      </w:r>
      <w:r>
        <w:br/>
        <w:t xml:space="preserve">    1. The name, date of birth and last-known mailing and email</w:t>
      </w:r>
      <w:r>
        <w:br/>
        <w:t>address of each applicant;</w:t>
      </w:r>
      <w:r>
        <w:br/>
        <w:t xml:space="preserve">    2. The date of application;</w:t>
      </w:r>
      <w:r>
        <w:br/>
      </w:r>
      <w:r>
        <w:lastRenderedPageBreak/>
        <w:t xml:space="preserve">    3. The place of business of the applicant;</w:t>
      </w:r>
      <w:r>
        <w:br/>
        <w:t xml:space="preserve">    4. The education, experience and other qualifications of the</w:t>
      </w:r>
      <w:r>
        <w:br/>
        <w:t>applicant;</w:t>
      </w:r>
      <w:r>
        <w:br/>
        <w:t xml:space="preserve">    5. The type of examination required;</w:t>
      </w:r>
      <w:r>
        <w:br/>
        <w:t xml:space="preserve">    6. Whether or not the applicant was rejected;</w:t>
      </w:r>
      <w:r>
        <w:br/>
        <w:t xml:space="preserve">    7. Whether or not a license was granted;</w:t>
      </w:r>
      <w:r>
        <w:br/>
        <w:t xml:space="preserve">    8. The date of the action of the Board;</w:t>
      </w:r>
      <w:r>
        <w:br/>
        <w:t xml:space="preserve">    9. The board-approved area(s) of competence in a specific</w:t>
      </w:r>
      <w:r>
        <w:br/>
        <w:t>discipline(s) or branch(es) of engineering;</w:t>
      </w:r>
      <w:r>
        <w:br/>
        <w:t xml:space="preserve">    10. A declaration under penalty of perjury from each applicant</w:t>
      </w:r>
      <w:r>
        <w:br/>
        <w:t>that he or she will abide by the statutes and rules prescribed by</w:t>
      </w:r>
      <w:r>
        <w:br/>
        <w:t>the Board, with the declaration becoming a part of his or her</w:t>
      </w:r>
      <w:r>
        <w:br/>
        <w:t>application for licensing; and</w:t>
      </w:r>
      <w:r>
        <w:br/>
        <w:t xml:space="preserve">    11. Such other information as may be deemed necessary by the</w:t>
      </w:r>
      <w:r>
        <w:br/>
        <w:t>Board.</w:t>
      </w:r>
      <w:r>
        <w:br/>
        <w:t xml:space="preserve">    B. The Board shall keep a record of all applications for a</w:t>
      </w:r>
      <w:r>
        <w:br/>
        <w:t xml:space="preserve">certificate of authority, which shall show </w:t>
      </w:r>
      <w:proofErr w:type="gramStart"/>
      <w:r>
        <w:t>all of</w:t>
      </w:r>
      <w:proofErr w:type="gramEnd"/>
      <w:r>
        <w:t xml:space="preserve"> the following:</w:t>
      </w:r>
      <w:r>
        <w:br/>
        <w:t xml:space="preserve">    1. The name, date of formation, and business address of each</w:t>
      </w:r>
      <w:r>
        <w:br/>
        <w:t>applicant;</w:t>
      </w:r>
      <w:r>
        <w:br/>
        <w:t xml:space="preserve">    2. The date of application;</w:t>
      </w:r>
      <w:r>
        <w:br/>
        <w:t xml:space="preserve">    3. The name, physical address, and license number of the</w:t>
      </w:r>
      <w:r>
        <w:br/>
        <w:t>managing agent;</w:t>
      </w:r>
      <w:r>
        <w:br/>
        <w:t xml:space="preserve">    4. Whether or not the application was rejected;</w:t>
      </w:r>
      <w:r>
        <w:br/>
        <w:t xml:space="preserve">    5. Whether or not a certificate of authority was granted;</w:t>
      </w:r>
      <w:r>
        <w:br/>
        <w:t xml:space="preserve">    6. The date of the action by the Board;</w:t>
      </w:r>
      <w:r>
        <w:br/>
        <w:t xml:space="preserve">    7. Services offered from each location;</w:t>
      </w:r>
      <w:r>
        <w:br/>
        <w:t xml:space="preserve">    8. A declaration under penalty of perjury from an officer and</w:t>
      </w:r>
      <w:r>
        <w:br/>
        <w:t>managing agent, if the officer is not the managing agent, that the</w:t>
      </w:r>
      <w:r>
        <w:br/>
        <w:t>applicant will abide by the statutes and rules prescribed by the</w:t>
      </w:r>
      <w:r>
        <w:br/>
        <w:t>Board, with the oath becoming a part of its application for a</w:t>
      </w:r>
      <w:r>
        <w:br/>
        <w:t>certificate of authority; and</w:t>
      </w:r>
      <w:r>
        <w:br/>
        <w:t xml:space="preserve">    9. Any other information deemed necessary by the Board.</w:t>
      </w:r>
      <w:r>
        <w:br/>
        <w:t xml:space="preserve">    C. The record of the Board shall be prima facie evidence of the</w:t>
      </w:r>
      <w:r>
        <w:br/>
        <w:t>proceedings of the Board and a transcript thereof, duly certified by</w:t>
      </w:r>
      <w:r>
        <w:br/>
        <w:t>the Secretary or Executive Director of the Board under seal, shall</w:t>
      </w:r>
    </w:p>
    <w:p w14:paraId="736B7B1C" w14:textId="1070541B" w:rsidR="004B271D" w:rsidRDefault="00E2156E">
      <w:r>
        <w:t>be admissible as evidence with the same force and effect as if the</w:t>
      </w:r>
      <w:r>
        <w:br/>
        <w:t>original were produced.</w:t>
      </w:r>
      <w:r>
        <w:br/>
        <w:t xml:space="preserve">    D. The Board shall submit, upon request from the Governor, a</w:t>
      </w:r>
      <w:r>
        <w:br/>
        <w:t>report of its transactions of the preceding year, including a</w:t>
      </w:r>
      <w:r>
        <w:br/>
        <w:t>complete statement of the receipts and expenditures of the Board,</w:t>
      </w:r>
      <w:r>
        <w:br/>
        <w:t>attested by affidavits of its Chair and its Secretary.</w:t>
      </w:r>
      <w:r>
        <w:br/>
        <w:t xml:space="preserve">    E. Board records and papers of the following class may be kept</w:t>
      </w:r>
      <w:r>
        <w:br/>
        <w:t>confidential by the Board: examination materials, file records of</w:t>
      </w:r>
      <w:r>
        <w:br/>
        <w:t>examination problem solutions, exam scores or results, letters of</w:t>
      </w:r>
      <w:r>
        <w:br/>
        <w:t>inquiry and reference concerning applicants, transcripts of college</w:t>
      </w:r>
      <w:r>
        <w:br/>
        <w:t>courses and grades, email addresses, ongoing investigation files,</w:t>
      </w:r>
      <w:r>
        <w:br/>
        <w:t>closed complaints, information otherwise protected by law and all</w:t>
      </w:r>
      <w:r>
        <w:br/>
        <w:t>other matters of like confidential nature.</w:t>
      </w:r>
      <w:r>
        <w:br/>
        <w:t xml:space="preserve">Added by Laws 1968, c. 245, § 10,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10; Laws 1992, c. 165, § 8, eff.</w:t>
      </w:r>
      <w:r>
        <w:br/>
        <w:t>July 1, 1992; Laws 2005, c. 115, § 9, eff. Nov. 1, 2005; Laws 2008,</w:t>
      </w:r>
      <w:r>
        <w:br/>
        <w:t>c. 312, § 3, eff. Nov. 1, 2008; Laws 2017, c. 259, § 7, eff. Nov. 1,</w:t>
      </w:r>
      <w:r>
        <w:br/>
        <w:t>2017; Laws 2024, c. 147, § 17, eff. Nov. 1, 2024.</w:t>
      </w:r>
      <w:r>
        <w:br/>
      </w:r>
      <w:r>
        <w:br/>
        <w:t>§59-475.11. Rosters.</w:t>
      </w:r>
      <w:r>
        <w:br/>
        <w:t xml:space="preserve">    Complete rosters showing the names and last-known mailing</w:t>
      </w:r>
      <w:r>
        <w:br/>
      </w:r>
      <w:r>
        <w:lastRenderedPageBreak/>
        <w:t>addresses of all professional engineers, professional structural</w:t>
      </w:r>
      <w:r>
        <w:br/>
        <w:t>engineers, professional surveyors, certified interns, and firms</w:t>
      </w:r>
      <w:r>
        <w:br/>
        <w:t>holding a certificate of authority shall be made available to the</w:t>
      </w:r>
      <w:r>
        <w:br/>
        <w:t>licensees and the public.</w:t>
      </w:r>
      <w:r>
        <w:br/>
        <w:t xml:space="preserve">Added by Laws 1968, c. 245, § 11,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11; Laws 1992, c. 165, § 9, eff.</w:t>
      </w:r>
      <w:r>
        <w:br/>
        <w:t>July 1, 1992; Laws 2005, c. 115, § 10, eff. Nov. 1, 2005; Laws 2017,</w:t>
      </w:r>
      <w:r>
        <w:br/>
        <w:t>c. 259, § 8, eff. Nov. 1, 2017; Laws 2024, c. 147, § 18, eff. Nov.</w:t>
      </w:r>
      <w:r>
        <w:br/>
        <w:t>1, 2024.</w:t>
      </w:r>
      <w:r>
        <w:br/>
      </w:r>
      <w:r>
        <w:br/>
        <w:t>§59-475.</w:t>
      </w:r>
      <w:proofErr w:type="gramStart"/>
      <w:r>
        <w:t>12.Repealed</w:t>
      </w:r>
      <w:proofErr w:type="gramEnd"/>
      <w:r>
        <w:t xml:space="preserve"> by Laws 2017, c. 259, § 21, eff. Nov. 1, 2017.</w:t>
      </w:r>
      <w:r>
        <w:br/>
      </w:r>
      <w:r>
        <w:br/>
        <w:t>§59-475.12a. Licensure or certification as professional engineer.</w:t>
      </w:r>
      <w:r>
        <w:br/>
        <w:t xml:space="preserve">    A. Certification or Enrollment as an Engineer Intern. The</w:t>
      </w:r>
      <w:r>
        <w:br/>
        <w:t>following shall be considered as minimum evidence that the applicant</w:t>
      </w:r>
      <w:r>
        <w:br/>
        <w:t>is qualified for certification as an engineer intern:</w:t>
      </w:r>
      <w:r>
        <w:br/>
        <w:t xml:space="preserve">    1. Satisfying the education requirements as outlined in this</w:t>
      </w:r>
      <w:r>
        <w:br/>
        <w:t>section; and</w:t>
      </w:r>
      <w:r>
        <w:br/>
        <w:t xml:space="preserve">    2. Passing the National Council of Examiners for Engineering</w:t>
      </w:r>
      <w:r>
        <w:br/>
        <w:t>and Surveying (NCEES) Fundamentals of Engineering (FE) examination.</w:t>
      </w:r>
      <w:r>
        <w:br/>
        <w:t xml:space="preserve">    B. Licensure as a Professional Engineer. To be eligible for</w:t>
      </w:r>
      <w:r>
        <w:br/>
        <w:t>licensure as a professional engineer, an individual shall meet all</w:t>
      </w:r>
      <w:r>
        <w:br/>
        <w:t>of the following requirements:</w:t>
      </w:r>
      <w:r>
        <w:br/>
        <w:t xml:space="preserve">    1. </w:t>
      </w:r>
      <w:proofErr w:type="gramStart"/>
      <w:r>
        <w:t>Satisfy</w:t>
      </w:r>
      <w:proofErr w:type="gramEnd"/>
      <w:r>
        <w:t xml:space="preserve"> the education and experience criteria set forth in</w:t>
      </w:r>
      <w:r>
        <w:br/>
        <w:t>this section;</w:t>
      </w:r>
    </w:p>
    <w:p w14:paraId="7D5EE604" w14:textId="6841E928" w:rsidR="004B271D" w:rsidRDefault="00E2156E" w:rsidP="005331C1">
      <w:pPr>
        <w:tabs>
          <w:tab w:val="left" w:pos="450"/>
          <w:tab w:val="left" w:pos="540"/>
        </w:tabs>
      </w:pPr>
      <w:r>
        <w:t xml:space="preserve">    </w:t>
      </w:r>
      <w:r w:rsidR="005331C1">
        <w:t>2</w:t>
      </w:r>
      <w:r>
        <w:t xml:space="preserve">. </w:t>
      </w:r>
      <w:r w:rsidR="005331C1">
        <w:t>P</w:t>
      </w:r>
      <w:r>
        <w:t>ass the applicable examinations set forth in this section;</w:t>
      </w:r>
      <w:r>
        <w:br/>
        <w:t>and</w:t>
      </w:r>
      <w:r>
        <w:br/>
        <w:t xml:space="preserve">    3. Submit references acceptable to the Board as described in</w:t>
      </w:r>
      <w:r>
        <w:br/>
        <w:t>Board rules.</w:t>
      </w:r>
      <w:r>
        <w:br/>
        <w:t xml:space="preserve">    C. Initial Licensure as a Professional Engineer. An applicant</w:t>
      </w:r>
      <w:r>
        <w:br/>
        <w:t>who presents evidence of meeting the applicable education,</w:t>
      </w:r>
      <w:r>
        <w:br/>
        <w:t>examination and experience requirements pursuant to this subsection</w:t>
      </w:r>
      <w:r>
        <w:br/>
        <w:t>shall be eligible for licensure as a professional engineer.</w:t>
      </w:r>
      <w:r>
        <w:br/>
        <w:t xml:space="preserve">    1. Education Requirements. An individual seeking licensure as</w:t>
      </w:r>
      <w:r>
        <w:br/>
        <w:t>a professional engineer shall possess one or more of the following</w:t>
      </w:r>
      <w:r>
        <w:br/>
        <w:t>education qualifications:</w:t>
      </w:r>
      <w:r>
        <w:br/>
        <w:t xml:space="preserve">         a.   a degree in engineering from an EAC/ABET-accredited</w:t>
      </w:r>
      <w:r>
        <w:br/>
        <w:t xml:space="preserve">              bachelor's program, or the equivalent,</w:t>
      </w:r>
      <w:r>
        <w:br/>
        <w:t xml:space="preserve">         b.   a degree in a Board-approved related science</w:t>
      </w:r>
      <w:r>
        <w:br/>
        <w:t xml:space="preserve">              bachelor's program,</w:t>
      </w:r>
      <w:r>
        <w:br/>
        <w:t xml:space="preserve">         c.   a degree in engineering from an EAC/ABET- or</w:t>
      </w:r>
      <w:r>
        <w:br/>
        <w:t xml:space="preserve">              ETAC/ABET-accredited master's program from an</w:t>
      </w:r>
      <w:r>
        <w:br/>
        <w:t xml:space="preserve">              institution that offers an EAC/ABET- or ETAC/ABET-</w:t>
      </w:r>
      <w:r>
        <w:br/>
        <w:t xml:space="preserve">              accredited bachelor's program in the same or similar</w:t>
      </w:r>
      <w:r>
        <w:br/>
        <w:t xml:space="preserve">              discipline of engineering,</w:t>
      </w:r>
      <w:r>
        <w:br/>
        <w:t xml:space="preserve">         d.   a degree in engineering from a non-EAC/ABET- or</w:t>
      </w:r>
      <w:r>
        <w:br/>
        <w:t xml:space="preserve">              ETAC/ABET-accredited bachelor's, master's, or</w:t>
      </w:r>
      <w:r>
        <w:br/>
        <w:t xml:space="preserve">              doctorate program. This individual's education shall</w:t>
      </w:r>
      <w:r>
        <w:br/>
        <w:t xml:space="preserve">              be evaluated by the NCEES Credentials Evaluation</w:t>
      </w:r>
      <w:r>
        <w:br/>
        <w:t xml:space="preserve">              service or other Board-approved evaluation service</w:t>
      </w:r>
      <w:r>
        <w:br/>
        <w:t xml:space="preserve">              based upon the criteria set forth in the NCEES</w:t>
      </w:r>
      <w:r>
        <w:br/>
        <w:t xml:space="preserve">              Engineering Education Standard,</w:t>
      </w:r>
      <w:r>
        <w:br/>
        <w:t xml:space="preserve">         e.   a master's degree in engineering from an EAC/M-ABET-</w:t>
      </w:r>
      <w:r>
        <w:br/>
        <w:t xml:space="preserve">              accredited program, or</w:t>
      </w:r>
      <w:r>
        <w:br/>
        <w:t xml:space="preserve">         f.   an earned doctoral degree in engineering acceptable to</w:t>
      </w:r>
      <w:r>
        <w:br/>
        <w:t xml:space="preserve">              the Board.</w:t>
      </w:r>
      <w:r>
        <w:br/>
      </w:r>
      <w:r>
        <w:lastRenderedPageBreak/>
        <w:t xml:space="preserve">    2. Examination Requirements. An individual seeking licensure</w:t>
      </w:r>
      <w:r>
        <w:br/>
        <w:t>as a professional engineer shall take and pass the NCEES</w:t>
      </w:r>
      <w:r>
        <w:br/>
        <w:t>Fundamentals of Engineering (FE) examination and the NCEES</w:t>
      </w:r>
      <w:r>
        <w:br/>
        <w:t>Principles and Practice of Engineering (PE) examination as follows:</w:t>
      </w:r>
      <w:r>
        <w:br/>
        <w:t xml:space="preserve">         a.   the FE examination may be taken at any time according</w:t>
      </w:r>
      <w:r>
        <w:br/>
        <w:t xml:space="preserve">              to NCEES examination policies and procedures, but is</w:t>
      </w:r>
      <w:r>
        <w:br/>
        <w:t xml:space="preserve">              recommended to be taken during the student's senior</w:t>
      </w:r>
      <w:r>
        <w:br/>
        <w:t xml:space="preserve">              year of college,</w:t>
      </w:r>
      <w:r>
        <w:br/>
        <w:t xml:space="preserve">         b.   the PE examination may be taken by a graduate of an</w:t>
      </w:r>
      <w:r>
        <w:br/>
        <w:t xml:space="preserve">              approved degree program pursuant to this section, or</w:t>
      </w:r>
      <w:r>
        <w:br/>
        <w:t xml:space="preserve">         c.   </w:t>
      </w:r>
      <w:proofErr w:type="gramStart"/>
      <w:r>
        <w:t>the</w:t>
      </w:r>
      <w:proofErr w:type="gramEnd"/>
      <w:r>
        <w:t xml:space="preserve"> Board may waive the FE examination requirement for</w:t>
      </w:r>
      <w:r>
        <w:br/>
        <w:t xml:space="preserve">              the issuance of a license if the applicant possesses,</w:t>
      </w:r>
      <w:r>
        <w:br/>
        <w:t xml:space="preserve">              at a minimum, fifteen (15) years of progressive</w:t>
      </w:r>
      <w:r>
        <w:br/>
        <w:t xml:space="preserve">              experience on engineering projects which indicate to</w:t>
      </w:r>
      <w:r>
        <w:br/>
        <w:t xml:space="preserve">              the Board the applicant may be competent to practice</w:t>
      </w:r>
      <w:r>
        <w:br/>
        <w:t xml:space="preserve">              engineering. The Board shall evaluate all elements of</w:t>
      </w:r>
    </w:p>
    <w:p w14:paraId="3CAB299B" w14:textId="3A4A99B6" w:rsidR="004B271D" w:rsidRDefault="00E2156E">
      <w:r>
        <w:t xml:space="preserve">              the application, according to Board rules, to assess</w:t>
      </w:r>
      <w:r>
        <w:br/>
        <w:t xml:space="preserve">              waiver requests.</w:t>
      </w:r>
      <w:r>
        <w:br/>
        <w:t xml:space="preserve">    3. Experience Requirements. An individual seeking licensure as</w:t>
      </w:r>
      <w:r>
        <w:br/>
        <w:t>a professional engineer shall present evidence of a specific record</w:t>
      </w:r>
      <w:r>
        <w:br/>
        <w:t>of engineering experience following the conferment of the qualifying</w:t>
      </w:r>
      <w:r>
        <w:br/>
        <w:t>degree as described in paragraph 1 of this subsection. This</w:t>
      </w:r>
      <w:r>
        <w:br/>
        <w:t>experience should be progressive and of a grade and character that</w:t>
      </w:r>
      <w:r>
        <w:br/>
        <w:t>indicate to the Board that the applicant may be competent to</w:t>
      </w:r>
      <w:r>
        <w:br/>
        <w:t>practice engineering. The following educational criteria may apply</w:t>
      </w:r>
      <w:r>
        <w:br/>
        <w:t>as a substitute to the length of experience set forth in this</w:t>
      </w:r>
      <w:r>
        <w:br/>
        <w:t>section:</w:t>
      </w:r>
      <w:r>
        <w:br/>
        <w:t xml:space="preserve">         a.   an individual who qualifies pursuant to subparagraph a</w:t>
      </w:r>
      <w:r>
        <w:br/>
        <w:t xml:space="preserve">              of paragraph 1 of this subsection: four (4) years of</w:t>
      </w:r>
      <w:r>
        <w:br/>
        <w:t xml:space="preserve">              experience after the bachelor's degree is conferred,</w:t>
      </w:r>
      <w:r>
        <w:br/>
        <w:t xml:space="preserve">         b.   an individual who qualifies pursuant to subparagraph b</w:t>
      </w:r>
      <w:r>
        <w:br/>
        <w:t xml:space="preserve">              of paragraph 1 of this subsection: six (6) years of</w:t>
      </w:r>
      <w:r>
        <w:br/>
        <w:t xml:space="preserve">              experience after the bachelor's degree is conferred,</w:t>
      </w:r>
      <w:r>
        <w:br/>
        <w:t xml:space="preserve">         c.   an individual who qualifies pursuant to subparagraph c</w:t>
      </w:r>
      <w:r>
        <w:br/>
        <w:t xml:space="preserve">              or e of paragraph 1 of this subsection: three (3)</w:t>
      </w:r>
      <w:r>
        <w:br/>
        <w:t xml:space="preserve">              years of experience after the master's degree is</w:t>
      </w:r>
      <w:r>
        <w:br/>
        <w:t xml:space="preserve">              conferred, or</w:t>
      </w:r>
      <w:r>
        <w:br/>
        <w:t xml:space="preserve">         d.   an individual who qualifies pursuant to subparagraph f</w:t>
      </w:r>
      <w:r>
        <w:br/>
        <w:t xml:space="preserve">              of paragraph 1 of this subsection: two (2) years of</w:t>
      </w:r>
      <w:r>
        <w:br/>
        <w:t xml:space="preserve">              experience after the doctoral degree is conferred.</w:t>
      </w:r>
      <w:r>
        <w:br/>
        <w:t xml:space="preserve">    A graduate degree that is used to satisfy education requirements</w:t>
      </w:r>
      <w:r>
        <w:br/>
        <w:t>cannot be applied for experience credit toward licensure. To be</w:t>
      </w:r>
      <w:r>
        <w:br/>
        <w:t>eligible for experience credit, graduate degrees shall be relevant</w:t>
      </w:r>
      <w:r>
        <w:br/>
        <w:t>to the applicant's area of professional practice. Experience credit</w:t>
      </w:r>
      <w:r>
        <w:br/>
        <w:t>for a graduate degree cannot be earned concurrently with work</w:t>
      </w:r>
      <w:r>
        <w:br/>
        <w:t>experience credit.</w:t>
      </w:r>
      <w:r>
        <w:br/>
        <w:t xml:space="preserve">    4. Partial experience credit may be awarded for experience</w:t>
      </w:r>
      <w:r>
        <w:br/>
        <w:t>earned prior to conferment of the qualifying degree, at the</w:t>
      </w:r>
      <w:r>
        <w:br/>
        <w:t>discretion of the Board, as described in Board rules. In no case</w:t>
      </w:r>
      <w:r>
        <w:br/>
        <w:t xml:space="preserve">shall the experience credit </w:t>
      </w:r>
      <w:proofErr w:type="gramStart"/>
      <w:r>
        <w:t>exceed</w:t>
      </w:r>
      <w:proofErr w:type="gramEnd"/>
      <w:r>
        <w:t xml:space="preserve"> one-half (1/2) of that required</w:t>
      </w:r>
      <w:r>
        <w:br/>
        <w:t>for approved qualifying experience. The experience credit shall not</w:t>
      </w:r>
      <w:r>
        <w:br/>
        <w:t>be claimed if the applicant is also claiming the experience time as</w:t>
      </w:r>
      <w:r>
        <w:br/>
        <w:t>experience credit for a cooperative education program.</w:t>
      </w:r>
      <w:r>
        <w:br/>
        <w:t xml:space="preserve">    5. EAC/ABET-accredited engineering cooperative education</w:t>
      </w:r>
      <w:r>
        <w:br/>
        <w:t>programs may be considered as experience credit earned prior to the</w:t>
      </w:r>
      <w:r>
        <w:br/>
        <w:t>qualifying degree if the program meets the experience requirement</w:t>
      </w:r>
      <w:r>
        <w:br/>
      </w:r>
      <w:r>
        <w:lastRenderedPageBreak/>
        <w:t>pursuant to this subsection. Otherwise, a maximum of six (6) months</w:t>
      </w:r>
      <w:r>
        <w:br/>
        <w:t>experience may be claimed. Experience credit for a cooperative</w:t>
      </w:r>
      <w:r>
        <w:br/>
        <w:t>education program shall not be claimed if the applicant also claims</w:t>
      </w:r>
      <w:r>
        <w:br/>
        <w:t>the experience time as experience credit earned prior to the degree.</w:t>
      </w:r>
      <w:r>
        <w:br/>
        <w:t xml:space="preserve">    D. Comity Licensure for a Professional Engineer. The following</w:t>
      </w:r>
      <w:r>
        <w:br/>
        <w:t>shall be considered as minimum evidence satisfactory to the Board</w:t>
      </w:r>
      <w:r w:rsidR="005331C1">
        <w:t xml:space="preserve"> </w:t>
      </w:r>
    </w:p>
    <w:p w14:paraId="0D67E66B" w14:textId="77777777" w:rsidR="004B271D" w:rsidRDefault="00E2156E">
      <w:r>
        <w:t>that the applicant is qualified for licensure by comity as a</w:t>
      </w:r>
      <w:r>
        <w:br/>
        <w:t>professional engineer:</w:t>
      </w:r>
      <w:r>
        <w:br/>
        <w:t xml:space="preserve">    1. An individual holding a license to engage in the practice of</w:t>
      </w:r>
      <w:r>
        <w:br/>
        <w:t>engineering issued by a proper authority of any state, jurisdiction,</w:t>
      </w:r>
      <w:r>
        <w:br/>
        <w:t>or foreign country, based on requirements that do not conflict with</w:t>
      </w:r>
      <w:r>
        <w:br/>
        <w:t>the provisions of this act, and possessing credentials that are, in</w:t>
      </w:r>
      <w:r>
        <w:br/>
        <w:t>the judgment of the Board, of a standard not lower than that</w:t>
      </w:r>
      <w:r>
        <w:br/>
        <w:t>specified in the applicable licensure act in effect in Oklahoma at</w:t>
      </w:r>
      <w:r>
        <w:br/>
        <w:t>the time such license was issued may, upon application, be licensed</w:t>
      </w:r>
      <w:r>
        <w:br/>
        <w:t>without further examination except as required to examine the</w:t>
      </w:r>
      <w:r>
        <w:br/>
        <w:t>applicant's knowledge of statutes, rules, and other requirements</w:t>
      </w:r>
      <w:r>
        <w:br/>
        <w:t>unique to this state. If the requirements that were met were of a</w:t>
      </w:r>
      <w:r>
        <w:br/>
        <w:t>standard lower than that specified in the applicable licensure act</w:t>
      </w:r>
      <w:r>
        <w:br/>
        <w:t>in effect in this state at the time such license was issued but, in</w:t>
      </w:r>
      <w:r>
        <w:br/>
        <w:t>the judgment of the Board, the standard was a reasonable standard at</w:t>
      </w:r>
      <w:r>
        <w:br/>
        <w:t>the time the original license was issued, the individual may, upon</w:t>
      </w:r>
      <w:r>
        <w:br/>
        <w:t>application, be considered by the Board according to the provisions</w:t>
      </w:r>
      <w:r>
        <w:br/>
        <w:t>in the Board rules; or</w:t>
      </w:r>
      <w:r>
        <w:br/>
        <w:t xml:space="preserve">    2. An individual holding an active NCEES Record whose</w:t>
      </w:r>
      <w:r>
        <w:br/>
        <w:t>qualifications, as evidenced by the NCEES Record, meet the</w:t>
      </w:r>
      <w:r>
        <w:br/>
        <w:t>requirements of this act may, upon application, be licensed without</w:t>
      </w:r>
      <w:r>
        <w:br/>
        <w:t>further examination except as required to examine the applicant's</w:t>
      </w:r>
      <w:r>
        <w:br/>
        <w:t>knowledge of statutes, rules, and other requirements unique to</w:t>
      </w:r>
      <w:r>
        <w:br/>
        <w:t>Oklahoma.</w:t>
      </w:r>
      <w:r>
        <w:br/>
        <w:t>Added by Laws 2017, c. 259, § 9, eff. Nov. 1, 2017. Amended by Laws</w:t>
      </w:r>
      <w:r>
        <w:br/>
        <w:t>2019, c. 363, § 17, eff. Nov. 1, 2019; Laws 2024, c. 147, § 19, eff.</w:t>
      </w:r>
      <w:r>
        <w:br/>
        <w:t>Nov. 1, 2024.</w:t>
      </w:r>
      <w:r>
        <w:br/>
      </w:r>
      <w:r>
        <w:br/>
        <w:t>§59-475.12b. Licensure or certification as a professional surveyor.</w:t>
      </w:r>
      <w:r>
        <w:br/>
        <w:t xml:space="preserve">    A. Certification as a Surveyor Intern. Passing of the NCEES</w:t>
      </w:r>
      <w:r>
        <w:br/>
        <w:t>Fundamentals of Surveying (FS) examination and completion of one of</w:t>
      </w:r>
      <w:r>
        <w:br/>
        <w:t>the following shall be considered as minimum evidence that the</w:t>
      </w:r>
      <w:r>
        <w:br/>
        <w:t>applicant is qualified for certification as a surveyor intern:</w:t>
      </w:r>
      <w:r>
        <w:br/>
        <w:t xml:space="preserve">    1. Graduating from a surveying program of four (4) years or</w:t>
      </w:r>
      <w:r>
        <w:br/>
        <w:t>more approved by the Board and providing proof of graduation;</w:t>
      </w:r>
      <w:r>
        <w:br/>
        <w:t xml:space="preserve">    2. Graduating from a surveying program of two (2) years or more</w:t>
      </w:r>
      <w:r>
        <w:br/>
        <w:t>approved by the Board, providing proof of graduation;</w:t>
      </w:r>
      <w:r>
        <w:br/>
        <w:t xml:space="preserve">    3. Graduating from a program of two (2) years or more approved</w:t>
      </w:r>
      <w:r>
        <w:br/>
        <w:t>by the Board which shall include the Board-approved core curriculum,</w:t>
      </w:r>
      <w:r>
        <w:br/>
        <w:t>completed with a minimum grade of C, and providing proof of</w:t>
      </w:r>
      <w:r>
        <w:br/>
        <w:t>graduation;</w:t>
      </w:r>
      <w:r>
        <w:br/>
        <w:t xml:space="preserve">    4. Graduating from a program of four (4) years or more approved</w:t>
      </w:r>
      <w:r>
        <w:br/>
        <w:t>by the Board which shall include the Board-approved core curriculum,</w:t>
      </w:r>
      <w:r>
        <w:br/>
        <w:t>completed with a minimum grade of C, and providing proof of</w:t>
      </w:r>
      <w:r>
        <w:br/>
        <w:t>graduation; or</w:t>
      </w:r>
      <w:r>
        <w:br/>
        <w:t xml:space="preserve">    5. Completing sixty (60) college credit hours approved by the</w:t>
      </w:r>
      <w:r>
        <w:br/>
        <w:t>Board which shall include the Board-approved core curriculum,</w:t>
      </w:r>
      <w:r>
        <w:br w:type="page"/>
      </w:r>
    </w:p>
    <w:p w14:paraId="65FF58CE" w14:textId="3897A1C0" w:rsidR="004B271D" w:rsidRDefault="00E2156E">
      <w:r>
        <w:lastRenderedPageBreak/>
        <w:t xml:space="preserve">completed with a minimum grade of </w:t>
      </w:r>
      <w:proofErr w:type="gramStart"/>
      <w:r>
        <w:t>C, and</w:t>
      </w:r>
      <w:proofErr w:type="gramEnd"/>
      <w:r>
        <w:t xml:space="preserve"> providing proof of</w:t>
      </w:r>
      <w:r>
        <w:br/>
        <w:t>successful completion of the required college credit hours. No</w:t>
      </w:r>
      <w:r>
        <w:br/>
        <w:t>application will be accepted after January 1, 2026, for an applicant</w:t>
      </w:r>
      <w:r>
        <w:br/>
        <w:t>qualifying under this paragraph.</w:t>
      </w:r>
      <w:r>
        <w:br/>
        <w:t xml:space="preserve">    B. Licensure as a Professional Surveyor. To be eligible for</w:t>
      </w:r>
      <w:r>
        <w:br/>
        <w:t>licensure as a professional surveyor, an individual shall meet all</w:t>
      </w:r>
      <w:r>
        <w:br/>
        <w:t>of the following requirements:</w:t>
      </w:r>
      <w:r>
        <w:br/>
        <w:t xml:space="preserve">    1. </w:t>
      </w:r>
      <w:proofErr w:type="gramStart"/>
      <w:r>
        <w:t>Satisfy</w:t>
      </w:r>
      <w:proofErr w:type="gramEnd"/>
      <w:r>
        <w:t xml:space="preserve"> the education and experience criteria set forth in</w:t>
      </w:r>
      <w:r>
        <w:br/>
        <w:t>this act;</w:t>
      </w:r>
      <w:r>
        <w:br/>
        <w:t xml:space="preserve">    2. Pass the applicable examinations set forth in this act; and</w:t>
      </w:r>
      <w:r>
        <w:br/>
        <w:t xml:space="preserve">    3. Submit references acceptable to the Board as described in</w:t>
      </w:r>
      <w:r>
        <w:br/>
        <w:t>Board rules.</w:t>
      </w:r>
      <w:r>
        <w:br/>
        <w:t xml:space="preserve">    C. Initial Licensure as a Professional Surveyor. An individual</w:t>
      </w:r>
      <w:r>
        <w:br/>
        <w:t>meeting the education requirements pursuant to subsection A of this</w:t>
      </w:r>
      <w:r>
        <w:br/>
        <w:t>section for a surveyor intern shall meet the following surveying</w:t>
      </w:r>
      <w:r>
        <w:br/>
        <w:t>experience requirements as described in Board rules, which shall</w:t>
      </w:r>
      <w:r>
        <w:br/>
        <w:t>include combined office and field experience satisfactory to the</w:t>
      </w:r>
      <w:r>
        <w:br/>
        <w:t>Board on projects of a grade and character which indicate to the</w:t>
      </w:r>
      <w:r>
        <w:br/>
        <w:t>Board the applicant may be competent to practice surveying:</w:t>
      </w:r>
      <w:r>
        <w:br/>
        <w:t xml:space="preserve">    1. An individual meeting the experience requirements in</w:t>
      </w:r>
      <w:r>
        <w:br/>
        <w:t>paragraph 1 of subsection A of this section: four (4) years of</w:t>
      </w:r>
      <w:r>
        <w:br/>
        <w:t>total experience including two (2) years which shall follow the date</w:t>
      </w:r>
      <w:r>
        <w:br/>
        <w:t>of the conferment of the degree; or</w:t>
      </w:r>
      <w:r>
        <w:br/>
        <w:t xml:space="preserve">    2. An individual meeting the experience requirements in</w:t>
      </w:r>
      <w:r>
        <w:br/>
        <w:t>paragraph 2 or 3 of subsection A of this section: five (5) years of</w:t>
      </w:r>
      <w:r>
        <w:br/>
        <w:t>total experience including two (2) years which shall follow the date</w:t>
      </w:r>
      <w:r>
        <w:br/>
        <w:t>of the conferment of the degree; or</w:t>
      </w:r>
      <w:r>
        <w:br/>
        <w:t xml:space="preserve">    3. An individual meeting the experience requirements in</w:t>
      </w:r>
      <w:r>
        <w:br/>
        <w:t>paragraph 4 of subsection A of this section: five (5) years of</w:t>
      </w:r>
      <w:r>
        <w:br/>
        <w:t>total experience.</w:t>
      </w:r>
      <w:r>
        <w:br/>
        <w:t xml:space="preserve">    Upon completion of the education and experience requirements,</w:t>
      </w:r>
      <w:r>
        <w:br/>
        <w:t>passing the NCEES Fundamentals of Surveying (FS) examination, the</w:t>
      </w:r>
      <w:r>
        <w:br/>
        <w:t>NCEES Principles and Practice of Surveying (PS) examination, and the</w:t>
      </w:r>
      <w:r>
        <w:br/>
        <w:t>Oklahoma Law and Surveying (OLS) examination, the applicant shall be</w:t>
      </w:r>
      <w:r>
        <w:br/>
        <w:t>licensed as a professional surveyor, if otherwise qualified.</w:t>
      </w:r>
      <w:r>
        <w:br/>
        <w:t xml:space="preserve">    D. Comity Licensure for a Professional Surveyor. The following</w:t>
      </w:r>
      <w:r>
        <w:br/>
        <w:t>shall be considered as minimum evidence satisfactory to the Board</w:t>
      </w:r>
      <w:r>
        <w:br/>
        <w:t>that the applicant is qualified for licensure by comity as a</w:t>
      </w:r>
      <w:r>
        <w:br/>
        <w:t>professional surveyor:</w:t>
      </w:r>
      <w:r>
        <w:br/>
        <w:t xml:space="preserve">    An individual holding a license to engage in the practice of</w:t>
      </w:r>
      <w:r>
        <w:br/>
        <w:t>surveying issued by a proper authority of any state or jurisdiction,</w:t>
      </w:r>
      <w:r>
        <w:br/>
        <w:t>based on requirements that do not conflict with the provisions of</w:t>
      </w:r>
      <w:r>
        <w:br/>
        <w:t>this act, and possessing credentials that are, in the judgment of</w:t>
      </w:r>
      <w:r>
        <w:br/>
        <w:t>the Board, of a standard not lower than that specified in the</w:t>
      </w:r>
      <w:r>
        <w:br/>
        <w:t>applicable licensure act in effect in this state at the time such</w:t>
      </w:r>
      <w:r>
        <w:br/>
        <w:t>certificate was issued may, upon application, which may include a</w:t>
      </w:r>
      <w:r>
        <w:br/>
        <w:t>NCEES Record, be licensed upon passing an examination or</w:t>
      </w:r>
      <w:r w:rsidR="005331C1">
        <w:t xml:space="preserve"> </w:t>
      </w:r>
    </w:p>
    <w:p w14:paraId="0FFED10C" w14:textId="776521D3" w:rsidR="004B271D" w:rsidRDefault="00E2156E">
      <w:r>
        <w:t>examinations of such duration as established by the Board, which</w:t>
      </w:r>
      <w:r>
        <w:br/>
        <w:t>shall include questions on laws, procedures and practices pertaining</w:t>
      </w:r>
      <w:r>
        <w:br/>
        <w:t>to surveying in Oklahoma.</w:t>
      </w:r>
      <w:r>
        <w:br/>
        <w:t>Added by Laws 2017, c. 259, § 10, eff. Nov. 1, 2017. Amended by</w:t>
      </w:r>
      <w:r>
        <w:br/>
        <w:t>Laws 2019, c. 363, § 18, eff. Nov. 1, 2019; Laws 2024, c. 147, § 20,</w:t>
      </w:r>
      <w:r>
        <w:br/>
        <w:t>eff. Nov. 1, 2024.</w:t>
      </w:r>
      <w:r>
        <w:br/>
      </w:r>
      <w:r>
        <w:br/>
        <w:t>§59-475.12c. Qualifications to use title Professional Structural</w:t>
      </w:r>
      <w:r>
        <w:br/>
        <w:t>Engineer.</w:t>
      </w:r>
      <w:r>
        <w:br/>
      </w:r>
      <w:r>
        <w:lastRenderedPageBreak/>
        <w:t xml:space="preserve">    A. A "Professional Structural Engineer", "P.E., S.E.", or</w:t>
      </w:r>
      <w:r>
        <w:br/>
        <w:t>"S.E." professional engineer licensed in Oklahoma shall submit the</w:t>
      </w:r>
      <w:r>
        <w:br/>
        <w:t>following by application and prescribed fees, if applicable, for</w:t>
      </w:r>
      <w:r>
        <w:br/>
        <w:t>Board consideration as minimum evidence that the applicant is</w:t>
      </w:r>
      <w:r>
        <w:br/>
        <w:t>qualified to use the title "Professional Structural Engineer",</w:t>
      </w:r>
      <w:r>
        <w:br/>
        <w:t>"P.E., S.E.", "S.E.", or any similar variation using the "S.E."</w:t>
      </w:r>
      <w:r>
        <w:br/>
        <w:t>designation and perform structural engineering analysis and design</w:t>
      </w:r>
      <w:r>
        <w:br/>
        <w:t>services for significant structures, as defined:</w:t>
      </w:r>
      <w:r>
        <w:br/>
        <w:t xml:space="preserve">    1. Proof of acceptable structural engineering experience by way</w:t>
      </w:r>
      <w:r>
        <w:br/>
        <w:t>of a description of representative projects completed, or courses</w:t>
      </w:r>
      <w:r>
        <w:br/>
        <w:t>taught, verified by licensed professional engineers who claim</w:t>
      </w:r>
      <w:r>
        <w:br/>
        <w:t>competence in structural engineering, and have personal knowledge of</w:t>
      </w:r>
      <w:r>
        <w:br/>
        <w:t>the applicant's structural engineering experience. This requirement</w:t>
      </w:r>
      <w:r>
        <w:br/>
        <w:t>may be satisfied by the licensee's original application if</w:t>
      </w:r>
      <w:r>
        <w:br/>
        <w:t>sufficient structural engineering-specific experience is included</w:t>
      </w:r>
      <w:r>
        <w:br/>
        <w:t>and verified by a qualified reference(s); and</w:t>
      </w:r>
      <w:r>
        <w:br/>
        <w:t xml:space="preserve">    2. Proof of structural engineering education evidenced by</w:t>
      </w:r>
      <w:r>
        <w:br/>
        <w:t>original transcripts submitted directly to the Board office from the</w:t>
      </w:r>
      <w:r>
        <w:br/>
        <w:t>university or college showing coursework or degrees obtained. This</w:t>
      </w:r>
      <w:r>
        <w:br/>
        <w:t>requirement may be satisfied by the licensee's original application</w:t>
      </w:r>
      <w:r>
        <w:br/>
        <w:t>if all relevant transcripts are included; and</w:t>
      </w:r>
      <w:r>
        <w:br/>
        <w:t xml:space="preserve">    3. Proof of successful completion of one of the following</w:t>
      </w:r>
      <w:r>
        <w:br/>
        <w:t>structural engineering examination paths below:</w:t>
      </w:r>
      <w:r>
        <w:br/>
        <w:t xml:space="preserve">          a.  the NCEES Structural I and Structural II exams taken</w:t>
      </w:r>
      <w:r>
        <w:br/>
        <w:t xml:space="preserve">              prior to January 1, 2011,</w:t>
      </w:r>
      <w:r>
        <w:br/>
        <w:t xml:space="preserve">          b.  an equivalent sixteen-hour state-written examination</w:t>
      </w:r>
      <w:r>
        <w:br/>
        <w:t xml:space="preserve">              prior to January 1, 2004,</w:t>
      </w:r>
      <w:r>
        <w:br/>
        <w:t xml:space="preserve">          c.  the NCEES Structural II exam plus an equivalent eight-</w:t>
      </w:r>
      <w:r>
        <w:br/>
        <w:t xml:space="preserve">              hour state-written structural examination prior to</w:t>
      </w:r>
      <w:r>
        <w:br/>
        <w:t xml:space="preserve">              January 1, 2011, or</w:t>
      </w:r>
      <w:r>
        <w:br/>
        <w:t xml:space="preserve">          d.  the NCEES S.E. examination taken after January 1,</w:t>
      </w:r>
      <w:r>
        <w:br/>
        <w:t xml:space="preserve">              2011.</w:t>
      </w:r>
      <w:r>
        <w:br/>
        <w:t xml:space="preserve">    B. Comity applicants for a professional engineer license who</w:t>
      </w:r>
      <w:r>
        <w:br/>
        <w:t>wish to also apply for authorization to use the title "Professional</w:t>
      </w:r>
      <w:r>
        <w:br/>
        <w:t>Structural Engineer", "P.E., S.E.", "S.E.", or any variation using</w:t>
      </w:r>
      <w:r>
        <w:br/>
        <w:t>the "S.E." designation and perform structural engineering analysis</w:t>
      </w:r>
      <w:r>
        <w:br/>
        <w:t>and design services for significant structures, shall submit the</w:t>
      </w:r>
      <w:r w:rsidR="005331C1">
        <w:t xml:space="preserve"> </w:t>
      </w:r>
    </w:p>
    <w:p w14:paraId="3DA676A7" w14:textId="553F0FC2" w:rsidR="004B271D" w:rsidRDefault="00E2156E">
      <w:r>
        <w:t>following by application and prescribed fees for Board consideration</w:t>
      </w:r>
      <w:r>
        <w:br/>
        <w:t>as minimum evidence that the applicant is qualified:</w:t>
      </w:r>
      <w:r>
        <w:br/>
        <w:t xml:space="preserve">    1. Proof of acceptable structural engineering experience by way</w:t>
      </w:r>
      <w:r>
        <w:br/>
        <w:t>of a description of representative projects completed, or courses</w:t>
      </w:r>
      <w:r>
        <w:br/>
        <w:t>taught, and verified by licensed professional engineers who claim</w:t>
      </w:r>
      <w:r>
        <w:br/>
        <w:t xml:space="preserve">competence in structural </w:t>
      </w:r>
      <w:proofErr w:type="gramStart"/>
      <w:r>
        <w:t>engineering, and</w:t>
      </w:r>
      <w:proofErr w:type="gramEnd"/>
      <w:r>
        <w:t xml:space="preserve"> have personal knowledge of</w:t>
      </w:r>
      <w:r>
        <w:br/>
        <w:t>the applicant's structural engineering experience;</w:t>
      </w:r>
      <w:r>
        <w:br/>
        <w:t xml:space="preserve">    2. Proof of structural engineering education, and original</w:t>
      </w:r>
      <w:r>
        <w:br/>
        <w:t>transcripts submitted directly to the Board office from the</w:t>
      </w:r>
      <w:r>
        <w:br/>
        <w:t>university or college showing coursework or degrees obtained since</w:t>
      </w:r>
      <w:r>
        <w:br/>
        <w:t>the individual's original professional engineer application to the</w:t>
      </w:r>
      <w:r>
        <w:br/>
        <w:t>Board, if applicable; and</w:t>
      </w:r>
      <w:r>
        <w:br/>
        <w:t xml:space="preserve">    3. Proof of successful completion of one of the following</w:t>
      </w:r>
      <w:r>
        <w:br/>
        <w:t>structural engineering examination paths below:</w:t>
      </w:r>
      <w:r>
        <w:br/>
        <w:t xml:space="preserve">         a.   the NCEES Structural I and Structural II exams taken</w:t>
      </w:r>
      <w:r>
        <w:br/>
        <w:t xml:space="preserve">              prior to January 1, 2011,</w:t>
      </w:r>
      <w:r>
        <w:br/>
        <w:t xml:space="preserve">         b.   an equivalent sixteen-hour state-written examination</w:t>
      </w:r>
      <w:r>
        <w:br/>
        <w:t xml:space="preserve">              prior to 2004,</w:t>
      </w:r>
      <w:r>
        <w:br/>
        <w:t xml:space="preserve">         c.   the NCEES Structural II exam plus an equivalent eight-</w:t>
      </w:r>
      <w:r>
        <w:br/>
      </w:r>
      <w:r>
        <w:lastRenderedPageBreak/>
        <w:t xml:space="preserve">              hour state-written structural examination prior to</w:t>
      </w:r>
      <w:r>
        <w:br/>
        <w:t xml:space="preserve">              January 1, 2011, or</w:t>
      </w:r>
      <w:r>
        <w:br/>
        <w:t xml:space="preserve">         d.   the NCEES S.E. examination taken after January 1,</w:t>
      </w:r>
      <w:r>
        <w:br/>
        <w:t xml:space="preserve">              2011.</w:t>
      </w:r>
      <w:r>
        <w:br/>
        <w:t xml:space="preserve">    C. Initial applicants for a professional engineer license who</w:t>
      </w:r>
      <w:r>
        <w:br/>
        <w:t>wish to also apply for authorization to use the title "Professional</w:t>
      </w:r>
      <w:r>
        <w:br/>
        <w:t>Structural Engineer", "P.E., S.E.", "S.E.", or any variation using</w:t>
      </w:r>
      <w:r>
        <w:br/>
        <w:t>the "S.E." designation and to perform structural engineering</w:t>
      </w:r>
      <w:r>
        <w:br/>
        <w:t>analysis and design services for significant structures shall submit</w:t>
      </w:r>
      <w:r>
        <w:br/>
        <w:t>the following by application and prescribed fees for Board</w:t>
      </w:r>
      <w:r>
        <w:br/>
        <w:t>consideration as minimum evidence that the applicant is qualified,</w:t>
      </w:r>
      <w:r>
        <w:br/>
        <w:t>in addition to all requirements in this act:</w:t>
      </w:r>
      <w:r>
        <w:br/>
        <w:t xml:space="preserve">    1. Proof of acceptable structural engineering experience by way</w:t>
      </w:r>
      <w:r>
        <w:br/>
        <w:t>of a description of representative projects completed, or courses</w:t>
      </w:r>
      <w:r>
        <w:br/>
        <w:t>taught, and verified by licensed professional engineers having</w:t>
      </w:r>
      <w:r>
        <w:br/>
        <w:t>personal knowledge of the applicant's structural engineering</w:t>
      </w:r>
      <w:r>
        <w:br/>
        <w:t>experience; and</w:t>
      </w:r>
      <w:r>
        <w:br/>
        <w:t xml:space="preserve">    2. Proof of structural engineering education evidenced by</w:t>
      </w:r>
      <w:r>
        <w:br/>
        <w:t>original transcripts submitted directly to the Board office from the</w:t>
      </w:r>
      <w:r>
        <w:br/>
        <w:t>university or college showing coursework or degrees obtained.</w:t>
      </w:r>
      <w:r>
        <w:br/>
        <w:t xml:space="preserve">    D. Professional engineers who have indicated in their official</w:t>
      </w:r>
      <w:r>
        <w:br/>
        <w:t>board records that they have competence in structural engineering</w:t>
      </w:r>
      <w:r>
        <w:br/>
        <w:t>may offer and perform structural engineering services and use the</w:t>
      </w:r>
      <w:r>
        <w:br/>
        <w:t>term structural engineer or structural engineering to describe their</w:t>
      </w:r>
      <w:r>
        <w:br/>
        <w:t>qualifications or services. However, only licensed professional</w:t>
      </w:r>
      <w:r>
        <w:br/>
        <w:t>engineers who have been authorized by this Board to do so may use</w:t>
      </w:r>
      <w:r>
        <w:br/>
        <w:t>"Professional Structural Engineer", "P.E., S.E.", "S.E.", or any</w:t>
      </w:r>
    </w:p>
    <w:p w14:paraId="3622AE79" w14:textId="37BF9488" w:rsidR="004B271D" w:rsidRDefault="00E2156E">
      <w:r>
        <w:t>"S.E." designation and to perform structural engineering analysis</w:t>
      </w:r>
      <w:r>
        <w:br/>
        <w:t>and design services for significant structures.</w:t>
      </w:r>
      <w:r>
        <w:br/>
        <w:t xml:space="preserve">    E. The Board may define significant structures and establish</w:t>
      </w:r>
      <w:r>
        <w:br/>
        <w:t>standards of competence in structural engineering analysis and</w:t>
      </w:r>
      <w:r>
        <w:br/>
        <w:t>design relating to seismic or other influences which have a direct</w:t>
      </w:r>
      <w:r>
        <w:br/>
        <w:t>impact on the life, health, safety, property and welfare of the</w:t>
      </w:r>
      <w:r>
        <w:br/>
        <w:t>public.</w:t>
      </w:r>
      <w:r>
        <w:br/>
        <w:t>Added by Laws 2017, c. 259, § 11, eff. Nov. 1, 2017. Amended by</w:t>
      </w:r>
      <w:r>
        <w:br/>
        <w:t>Laws 2024, c. 147, § 21, eff. Nov. 1, 2024.</w:t>
      </w:r>
      <w:r>
        <w:br/>
      </w:r>
      <w:r>
        <w:br/>
        <w:t>§59-475.13. Application form - Certified council record in lieu of</w:t>
      </w:r>
      <w:r>
        <w:br/>
        <w:t>form - Fees.</w:t>
      </w:r>
      <w:r>
        <w:br/>
        <w:t xml:space="preserve">    A. 1. Application for a professional engineer, professional</w:t>
      </w:r>
      <w:r>
        <w:br/>
        <w:t>structural engineer, or professional surveyor license, or</w:t>
      </w:r>
      <w:r>
        <w:br/>
        <w:t>certification as an engineer intern or surveyor intern, shall be on</w:t>
      </w:r>
      <w:r>
        <w:br/>
        <w:t>a form prescribed and furnished by the Board. It shall contain</w:t>
      </w:r>
      <w:r>
        <w:br/>
        <w:t>statements made under oath, showing the applicant's education and a</w:t>
      </w:r>
      <w:r>
        <w:br/>
        <w:t>detailed summary of technical and engineering or surveying</w:t>
      </w:r>
      <w:r>
        <w:br/>
        <w:t>experience and shall include the names and complete mailing</w:t>
      </w:r>
      <w:r>
        <w:br/>
        <w:t>addresses of the references, none of whom may be members of the</w:t>
      </w:r>
      <w:r>
        <w:br/>
        <w:t>Board or immediate family members of the applicant.</w:t>
      </w:r>
      <w:r>
        <w:br/>
        <w:t xml:space="preserve">    2. The Board may accept the certified information contained in</w:t>
      </w:r>
      <w:r>
        <w:br/>
        <w:t>a valid NCEES Record issued by the National Council of Examiners for</w:t>
      </w:r>
      <w:r>
        <w:br/>
        <w:t xml:space="preserve">Engineering and Surveying for professional </w:t>
      </w:r>
      <w:proofErr w:type="gramStart"/>
      <w:r>
        <w:t>engineer</w:t>
      </w:r>
      <w:proofErr w:type="gramEnd"/>
      <w:r>
        <w:t xml:space="preserve"> or professional</w:t>
      </w:r>
      <w:r>
        <w:br/>
        <w:t>surveyor applicants in lieu of the same information that is required</w:t>
      </w:r>
      <w:r>
        <w:br/>
        <w:t>on the form prescribed and furnished by the Board. All initial</w:t>
      </w:r>
      <w:r>
        <w:br/>
        <w:t>applicants for a license must submit an NCEES Record along with any</w:t>
      </w:r>
      <w:r>
        <w:br/>
        <w:t>additional required forms to be considered for licensure.</w:t>
      </w:r>
      <w:r>
        <w:br/>
        <w:t xml:space="preserve">    B. 1. The application fees shall be established by Board</w:t>
      </w:r>
      <w:r>
        <w:br/>
      </w:r>
      <w:r>
        <w:lastRenderedPageBreak/>
        <w:t>rules.</w:t>
      </w:r>
      <w:r>
        <w:br/>
        <w:t xml:space="preserve">    2. The certification fee for a firm shall be established by</w:t>
      </w:r>
      <w:r>
        <w:br/>
        <w:t>Board rules.</w:t>
      </w:r>
      <w:r>
        <w:br/>
        <w:t xml:space="preserve">    3. Should the Board deny the issuance of a license to any</w:t>
      </w:r>
      <w:r>
        <w:br/>
        <w:t>applicant, including the application of a firm for a certificate of</w:t>
      </w:r>
      <w:r>
        <w:br/>
        <w:t>authority, the fee shall be retained as an application fee.</w:t>
      </w:r>
      <w:r>
        <w:br/>
        <w:t xml:space="preserve">Added by Laws 1968, c. 245, § 13,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13; Laws 1992, c. 165, § 11, eff.</w:t>
      </w:r>
      <w:r>
        <w:br/>
        <w:t>July 1, 1992; Laws 2005, c. 115, § 12, eff. Nov. 1, 2005; Laws 2008,</w:t>
      </w:r>
      <w:r>
        <w:br/>
        <w:t>c. 312, § 5, eff. Nov. 1, 2008; Laws 2017, c. 259, § 12, eff. Nov.</w:t>
      </w:r>
      <w:r>
        <w:br/>
        <w:t>1, 2017; Laws 2024, c. 147, § 22, eff. Nov. 1, 2024.</w:t>
      </w:r>
      <w:r>
        <w:br/>
      </w:r>
      <w:r>
        <w:br/>
        <w:t>§59-475.14. Examinations.</w:t>
      </w:r>
      <w:r>
        <w:br/>
        <w:t xml:space="preserve">    A. Examinations shall be held at such times and places as the</w:t>
      </w:r>
      <w:r>
        <w:br/>
        <w:t>Board directs and/or in accordance with NCEES examination policy.</w:t>
      </w:r>
      <w:r>
        <w:br/>
        <w:t xml:space="preserve">    B. Examinations may be taken only after the applicant has met</w:t>
      </w:r>
      <w:r>
        <w:br/>
        <w:t>other minimum requirements as set forth in Sections 475.12a, 475.12b</w:t>
      </w:r>
      <w:r>
        <w:br/>
        <w:t>and 475.12c of this title, and has been authorized to seek admission</w:t>
      </w:r>
    </w:p>
    <w:p w14:paraId="6B8C2E92" w14:textId="2C26ACC9" w:rsidR="004B271D" w:rsidRDefault="00E2156E">
      <w:r>
        <w:t>through NCEES or approved by the Board for admission to one or more</w:t>
      </w:r>
      <w:r>
        <w:br/>
        <w:t>of the following examinations:</w:t>
      </w:r>
      <w:r>
        <w:br/>
        <w:t xml:space="preserve">    1. NCEES Fundamentals of Engineering (FE) examination;</w:t>
      </w:r>
      <w:r>
        <w:br/>
        <w:t xml:space="preserve">    2. NCEES Principles and Practice of Engineering (PE)</w:t>
      </w:r>
      <w:r>
        <w:br/>
        <w:t>examination;</w:t>
      </w:r>
      <w:r>
        <w:br/>
        <w:t xml:space="preserve">    3. NCEES Structural Engineering (SE) examination;</w:t>
      </w:r>
      <w:r>
        <w:br/>
        <w:t xml:space="preserve">    4. NCEES Fundamentals of Surveying (FS) examination;</w:t>
      </w:r>
      <w:r>
        <w:br/>
        <w:t xml:space="preserve">    5. NCEES Principles and Practice of Surveying (PS) examination;</w:t>
      </w:r>
      <w:r>
        <w:br/>
        <w:t xml:space="preserve">    6. Oklahoma Law and Surveying (OLS) examination; and</w:t>
      </w:r>
      <w:r>
        <w:br/>
        <w:t xml:space="preserve">    7. Oklahoma Law and Engineering (OLE) examination.</w:t>
      </w:r>
      <w:r>
        <w:br/>
        <w:t xml:space="preserve">    C. A candidate failing an NCEES examination may apply for re-</w:t>
      </w:r>
      <w:r>
        <w:br/>
        <w:t>examination in accordance with NCEES policy. A candidate failing a</w:t>
      </w:r>
      <w:r>
        <w:br/>
        <w:t>Board examination may apply for re-examination as directed by the</w:t>
      </w:r>
      <w:r>
        <w:br/>
        <w:t>Board and Board policy.</w:t>
      </w:r>
      <w:r>
        <w:br/>
        <w:t xml:space="preserve">    D. The applicant shall pay all NCEES examination fees per</w:t>
      </w:r>
      <w:r>
        <w:br/>
        <w:t>published NCEES policies and procedures.</w:t>
      </w:r>
      <w:r>
        <w:br/>
        <w:t xml:space="preserve">    E. The Board may prepare and adopt specifications for the</w:t>
      </w:r>
      <w:r>
        <w:br/>
        <w:t>examinations in engineering and surveying. They shall be made</w:t>
      </w:r>
      <w:r>
        <w:br/>
        <w:t>available to any person interested in being licensed as a</w:t>
      </w:r>
      <w:r>
        <w:br/>
        <w:t>professional engineer or as a professional surveyor.</w:t>
      </w:r>
      <w:r>
        <w:br/>
        <w:t xml:space="preserve">    F. For any examination that is administered by NCEES using</w:t>
      </w:r>
      <w:r>
        <w:br/>
        <w:t>computer-based testing, a candidate shall only be admitted pursuant</w:t>
      </w:r>
      <w:r>
        <w:br/>
        <w:t>to Board policy and administered the examination during a specified</w:t>
      </w:r>
      <w:r>
        <w:br/>
        <w:t>time as frequently as prescribed by NCEES policies and procedures.</w:t>
      </w:r>
      <w:r>
        <w:br/>
        <w:t xml:space="preserve">Added by Laws 1968, c. 245, § 14,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14; Laws 1992, c. 165, § 12, eff.</w:t>
      </w:r>
      <w:r>
        <w:br/>
        <w:t>July 1, 1992; Laws 2005, c. 115, § 13, eff. Nov. 1, 2005; Laws 2008,</w:t>
      </w:r>
      <w:r>
        <w:br/>
        <w:t>c. 312, § 6, eff. Nov. 1, 2008; Laws 2012, c. 139, § 5; Laws 2017,</w:t>
      </w:r>
      <w:r>
        <w:br/>
        <w:t>c. 259, § 13, eff. Nov. 1, 2017; Laws 2024, c. 147, § 23, eff. Nov.</w:t>
      </w:r>
      <w:r>
        <w:br/>
        <w:t>1, 2024.</w:t>
      </w:r>
      <w:r>
        <w:br/>
      </w:r>
      <w:r>
        <w:br/>
        <w:t>§59-475.15. License - Seal - Intern certificate.</w:t>
      </w:r>
      <w:r>
        <w:br/>
        <w:t xml:space="preserve">    A. The Board shall issue to any applicant who, in the opinion</w:t>
      </w:r>
      <w:r>
        <w:br/>
        <w:t>of the Board, has met the requirements of this act, a license giving</w:t>
      </w:r>
      <w:r>
        <w:br/>
        <w:t>the licensee proper authority to practice in this state. The</w:t>
      </w:r>
      <w:r>
        <w:br/>
        <w:t>license for a professional engineer shall carry the designation</w:t>
      </w:r>
      <w:r>
        <w:br/>
        <w:t>"Professional Engineer", for a professional structural engineer</w:t>
      </w:r>
      <w:r>
        <w:br/>
        <w:t>shall carry the designation "Professional Structural Engineer", and</w:t>
      </w:r>
      <w:r>
        <w:br/>
      </w:r>
      <w:r>
        <w:lastRenderedPageBreak/>
        <w:t>for a professional surveyor, "Professional Surveyor". It shall give</w:t>
      </w:r>
      <w:r>
        <w:br/>
        <w:t>the full name of the licensee with the license number of the</w:t>
      </w:r>
      <w:r>
        <w:br/>
        <w:t>licensee and shall be signed by the Chair and the Secretary under</w:t>
      </w:r>
      <w:r>
        <w:br/>
        <w:t>the seal of the Board.</w:t>
      </w:r>
      <w:r>
        <w:br/>
        <w:t xml:space="preserve">    B. This license shall be </w:t>
      </w:r>
      <w:proofErr w:type="gramStart"/>
      <w:r>
        <w:t>prima facie</w:t>
      </w:r>
      <w:proofErr w:type="gramEnd"/>
      <w:r>
        <w:t xml:space="preserve"> evidence that the person</w:t>
      </w:r>
      <w:r>
        <w:br/>
        <w:t>named thereon is entitled to all rights, privileges and</w:t>
      </w:r>
      <w:r>
        <w:br/>
        <w:t>responsibilities of a professional engineer, professional structural</w:t>
      </w:r>
      <w:r>
        <w:br/>
        <w:t>engineer, or professional surveyor, while the license remains active</w:t>
      </w:r>
      <w:r>
        <w:br/>
        <w:t>and in good standing.</w:t>
      </w:r>
    </w:p>
    <w:p w14:paraId="7BE39657" w14:textId="77777777" w:rsidR="004B271D" w:rsidRDefault="00E2156E">
      <w:r>
        <w:t xml:space="preserve">    C. Each licensee hereunder may obtain a seal, the design and</w:t>
      </w:r>
      <w:r>
        <w:br/>
        <w:t>use of which are described in Board rules. It shall be unlawful for</w:t>
      </w:r>
      <w:r>
        <w:br/>
        <w:t xml:space="preserve">a licensee to </w:t>
      </w:r>
      <w:proofErr w:type="gramStart"/>
      <w:r>
        <w:t>affix, or</w:t>
      </w:r>
      <w:proofErr w:type="gramEnd"/>
      <w:r>
        <w:t xml:space="preserve"> permit his or her seal or signature to be</w:t>
      </w:r>
      <w:r>
        <w:br/>
        <w:t>affixed, to any document after the expiration or revocation of a</w:t>
      </w:r>
      <w:r>
        <w:br/>
        <w:t>license, or for the purpose of aiding or abetting any other person</w:t>
      </w:r>
      <w:r>
        <w:br/>
        <w:t>to evade or attempt to evade any provision of this act. Whenever</w:t>
      </w:r>
      <w:r>
        <w:br/>
        <w:t>the seal is applied, the document must be signed by the licensee</w:t>
      </w:r>
      <w:r>
        <w:br/>
        <w:t>thereby certifying that he or she is competent in the subject matter</w:t>
      </w:r>
      <w:r>
        <w:br/>
        <w:t xml:space="preserve">and was in responsible charge of </w:t>
      </w:r>
      <w:proofErr w:type="gramStart"/>
      <w:r>
        <w:t>the work</w:t>
      </w:r>
      <w:proofErr w:type="gramEnd"/>
      <w:r>
        <w:t xml:space="preserve"> product. Documents must</w:t>
      </w:r>
      <w:r>
        <w:br/>
        <w:t>be sealed and signed in accordance with the Board rules whenever</w:t>
      </w:r>
      <w:r>
        <w:br/>
        <w:t>presented to a client, a user or any public or governmental agency.</w:t>
      </w:r>
      <w:r>
        <w:br/>
        <w:t>Whenever the seal is applied, the signature of the licensee and date</w:t>
      </w:r>
      <w:r>
        <w:br/>
        <w:t>of signature shall be placed adjacent to or across the seal.</w:t>
      </w:r>
      <w:r>
        <w:br/>
        <w:t>Drawings, reports or documents that are signed using a digital or</w:t>
      </w:r>
      <w:r>
        <w:br/>
        <w:t>electronic signature must be done in a manner that is in direct</w:t>
      </w:r>
      <w:r>
        <w:br/>
        <w:t>control and personal supervision of the professional and must</w:t>
      </w:r>
      <w:r>
        <w:br/>
        <w:t>conform to the specifications in the Board rules regarding digital</w:t>
      </w:r>
      <w:r>
        <w:br/>
        <w:t>or electronic signatures.</w:t>
      </w:r>
      <w:r>
        <w:br/>
        <w:t xml:space="preserve">    D. A professional or firm shall retain a hard copy or</w:t>
      </w:r>
      <w:r>
        <w:br/>
        <w:t>electronic copy of all technical submissions produced for a minimum</w:t>
      </w:r>
      <w:r>
        <w:br/>
        <w:t>of ten (10) years following the date of preparation.</w:t>
      </w:r>
      <w:r>
        <w:br/>
        <w:t xml:space="preserve">    E. The Board shall issue to any applicant who, in the opinion</w:t>
      </w:r>
      <w:r>
        <w:br/>
        <w:t>of the Board, has met the requirements of this act, a certificate as</w:t>
      </w:r>
      <w:r>
        <w:br/>
        <w:t>an engineer intern or surveyor intern which indicates that his or</w:t>
      </w:r>
      <w:r>
        <w:br/>
        <w:t>her name has been recorded as such in the Board office. The</w:t>
      </w:r>
      <w:r>
        <w:br/>
        <w:t>engineer intern or surveyor intern certificate does not authorize</w:t>
      </w:r>
      <w:r>
        <w:br/>
        <w:t>the holder to practice as a professional engineer or professional</w:t>
      </w:r>
      <w:r>
        <w:br/>
        <w:t>surveyor.</w:t>
      </w:r>
      <w:r>
        <w:br/>
        <w:t xml:space="preserve">Added by Laws 1968, c. 245, § 15,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15; Laws 1992, c. 165, § 13, eff.</w:t>
      </w:r>
      <w:r>
        <w:br/>
        <w:t>July 1, 1992; Laws 2005, c. 115, § 14, eff. Nov. 1, 2005; Laws 2008,</w:t>
      </w:r>
      <w:r>
        <w:br/>
        <w:t>c. 312, § 7, eff. Nov. 1, 2008; Laws 2012, c. 139, § 6; Laws 2017,</w:t>
      </w:r>
      <w:r>
        <w:br/>
        <w:t>c. 259, § 14, eff. Nov. 1, 2017; Laws 2024, c. 147, § 24, eff. Nov.</w:t>
      </w:r>
      <w:r>
        <w:br/>
        <w:t>1, 2024.</w:t>
      </w:r>
      <w:r>
        <w:br/>
      </w:r>
      <w:r>
        <w:br/>
        <w:t>§59-475.16. Terms for certificates of authority — Renewal.</w:t>
      </w:r>
      <w:r>
        <w:br/>
        <w:t xml:space="preserve">    A. The Board shall issue licenses and certificates of authority</w:t>
      </w:r>
      <w:r>
        <w:br/>
        <w:t>for firms for a term of twenty-four (24) months.</w:t>
      </w:r>
      <w:r>
        <w:br/>
        <w:t xml:space="preserve">    B. A license or certificate of authority may be renewed up to</w:t>
      </w:r>
      <w:r>
        <w:br/>
        <w:t>sixty (60) days prior to the expiration date. Renewal and</w:t>
      </w:r>
      <w:r>
        <w:br/>
        <w:t>reinstatement fees and conditions shall be established by Board</w:t>
      </w:r>
      <w:r>
        <w:br/>
        <w:t>rules.</w:t>
      </w:r>
      <w:r>
        <w:br/>
        <w:t xml:space="preserve">    C. Every licensee is required to comply with the Board's rules</w:t>
      </w:r>
      <w:r>
        <w:br/>
        <w:t>regarding continuing education or meet the Model NCEES Continuing</w:t>
      </w:r>
      <w:r>
        <w:br/>
        <w:t>Professional Competency standard requirement, which is equivalent to</w:t>
      </w:r>
      <w:r>
        <w:br/>
        <w:t>fifteen (15) professional development hours per calendar year with</w:t>
      </w:r>
      <w:r>
        <w:br/>
        <w:t>no allowable carryover, as a condition of license renewal.</w:t>
      </w:r>
      <w:r>
        <w:br w:type="page"/>
      </w:r>
    </w:p>
    <w:p w14:paraId="650B78D2" w14:textId="7349E56B" w:rsidR="004B271D" w:rsidRDefault="00E2156E">
      <w:r>
        <w:lastRenderedPageBreak/>
        <w:t xml:space="preserve">Added by Laws 1968, c. 245, § 16,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16; Laws 1992, c. 165, § 14, eff.</w:t>
      </w:r>
      <w:r>
        <w:br/>
        <w:t>July 1, 1992; Laws 2005, c. 115, § 15, eff. Nov. 1, 2005; Laws 2017,</w:t>
      </w:r>
      <w:r>
        <w:br/>
        <w:t>c. 259, § 15, eff. Nov. 1, 2017; Laws 2024, c. 147, § 25, eff. Nov.</w:t>
      </w:r>
      <w:r>
        <w:br/>
        <w:t>1, 2024.</w:t>
      </w:r>
      <w:r>
        <w:br/>
      </w:r>
      <w:r>
        <w:br/>
        <w:t>§59-475.17. Lost or destroyed license or certificate — Replacement.</w:t>
      </w:r>
      <w:r>
        <w:br/>
        <w:t xml:space="preserve">    A new license or certificate of authority, to replace any</w:t>
      </w:r>
      <w:r>
        <w:br/>
        <w:t>certificate lost or destroyed, may be issued, subject to the rules</w:t>
      </w:r>
      <w:r>
        <w:br/>
        <w:t>of the Board.</w:t>
      </w:r>
      <w:r>
        <w:br/>
        <w:t xml:space="preserve">Added by Laws 1968, c. 245, § 17,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17; Laws 2005, c. 115, § 16, eff.</w:t>
      </w:r>
      <w:r>
        <w:br/>
        <w:t>Nov. 1, 2005; Laws 2024, c. 147, § 26, eff. Nov. 1, 2024.</w:t>
      </w:r>
      <w:r>
        <w:br/>
      </w:r>
      <w:r>
        <w:br/>
        <w:t>§59-475.18. Disciplinary actions - Grounds - Rules of Professional</w:t>
      </w:r>
      <w:r>
        <w:br/>
        <w:t>Conduct – Definitions.</w:t>
      </w:r>
      <w:r>
        <w:br/>
        <w:t xml:space="preserve">    A. As provided in subsections A and B of Section 475.8 of this</w:t>
      </w:r>
      <w:r>
        <w:br/>
        <w:t>title, the Board shall have the power to deny, place on probation,</w:t>
      </w:r>
      <w:r>
        <w:br/>
        <w:t>suspend, revoke, place practice restrictions on, or refuse to issue</w:t>
      </w:r>
      <w:r>
        <w:br/>
        <w:t>a certificate or license, or fine, reprimand, issue orders, levy</w:t>
      </w:r>
      <w:r>
        <w:br/>
        <w:t>administrative fines or seek other penalties, if a person or entity</w:t>
      </w:r>
      <w:r>
        <w:br/>
        <w:t>is found guilty of:</w:t>
      </w:r>
      <w:r>
        <w:br/>
        <w:t xml:space="preserve">    1. Any fraud or deceit in obtaining or attempting to obtain or</w:t>
      </w:r>
      <w:r>
        <w:br/>
        <w:t>renew a license, or a certificate of authority, or in taking the</w:t>
      </w:r>
      <w:r>
        <w:br/>
        <w:t>examinations administered by the Board or its authorized</w:t>
      </w:r>
      <w:r>
        <w:br/>
        <w:t>representatives;</w:t>
      </w:r>
      <w:r>
        <w:br/>
        <w:t xml:space="preserve">    2. Any fraud, misrepresentation, gross negligence, gross</w:t>
      </w:r>
      <w:r>
        <w:br/>
        <w:t>incompetence, misconduct or dishonest practice, in the practice of</w:t>
      </w:r>
      <w:r>
        <w:br/>
        <w:t>engineering or surveying;</w:t>
      </w:r>
      <w:r>
        <w:br/>
        <w:t xml:space="preserve">    3. Conviction of or entry of a plea of guilty or nolo</w:t>
      </w:r>
      <w:r>
        <w:br/>
        <w:t>contendere to a felony crime that substantially relates to the</w:t>
      </w:r>
      <w:r>
        <w:br/>
        <w:t>practice of engineering or surveying and poses a reasonable threat</w:t>
      </w:r>
      <w:r>
        <w:br/>
        <w:t>to public safety; or conviction of or entry of a plea of guilty or</w:t>
      </w:r>
      <w:r>
        <w:br/>
        <w:t>nolo contendere to any crime, whether a felony, misdemeanor, or</w:t>
      </w:r>
      <w:r>
        <w:br/>
        <w:t>otherwise, an essential element of which is dishonesty or is a</w:t>
      </w:r>
      <w:r>
        <w:br/>
        <w:t>violation of the practice of engineering or surveying;</w:t>
      </w:r>
      <w:r>
        <w:br/>
        <w:t xml:space="preserve">    4. Failure to comply with any of the provisions of this act or</w:t>
      </w:r>
      <w:r>
        <w:br/>
        <w:t>any of the rules or regulations pertaining thereto;</w:t>
      </w:r>
      <w:r>
        <w:br/>
        <w:t xml:space="preserve">    5. Disciplinary action, including voluntary surrender of a</w:t>
      </w:r>
      <w:r>
        <w:br/>
        <w:t>professional engineer's or professional surveyor's license in order</w:t>
      </w:r>
      <w:r>
        <w:br/>
        <w:t>to avoid disciplinary action by another state, territory, the</w:t>
      </w:r>
      <w:r>
        <w:br/>
        <w:t>District of Columbia, a foreign country, the United States</w:t>
      </w:r>
      <w:r>
        <w:br/>
        <w:t>government, or any other governmental agency, if at least one of the</w:t>
      </w:r>
      <w:r>
        <w:br/>
        <w:t>grounds for discipline is the same or substantially equivalent to</w:t>
      </w:r>
      <w:r>
        <w:br/>
        <w:t>those contained in this section;</w:t>
      </w:r>
      <w:r>
        <w:br/>
        <w:t xml:space="preserve">    6. Failure, within thirty (30) days, to provide information</w:t>
      </w:r>
      <w:r>
        <w:br/>
        <w:t xml:space="preserve">requested by the Board or its designated staff </w:t>
      </w:r>
      <w:proofErr w:type="gramStart"/>
      <w:r>
        <w:t>as a result of</w:t>
      </w:r>
      <w:proofErr w:type="gramEnd"/>
      <w:r>
        <w:t xml:space="preserve"> a</w:t>
      </w:r>
      <w:r w:rsidR="005331C1">
        <w:t xml:space="preserve"> </w:t>
      </w:r>
    </w:p>
    <w:p w14:paraId="0426FBD1" w14:textId="754119D5" w:rsidR="004B271D" w:rsidRDefault="00E2156E">
      <w:r>
        <w:t>formal or informal investigation or complaint to the Board which</w:t>
      </w:r>
      <w:r>
        <w:br/>
        <w:t>would indicate a violation of this act;</w:t>
      </w:r>
      <w:r>
        <w:br/>
        <w:t xml:space="preserve">    7. Knowingly making false statements or signing false</w:t>
      </w:r>
      <w:r>
        <w:br/>
        <w:t>statements, certificates or affidavits;</w:t>
      </w:r>
      <w:r>
        <w:br/>
        <w:t xml:space="preserve">    8. Aiding or assisting another person or entity in violating</w:t>
      </w:r>
      <w:r>
        <w:br/>
        <w:t>any provision of this act or the rules or regulations pertaining</w:t>
      </w:r>
      <w:r>
        <w:br/>
        <w:t>thereto;</w:t>
      </w:r>
      <w:r>
        <w:br/>
        <w:t xml:space="preserve">    9. Violation of any terms imposed by the </w:t>
      </w:r>
      <w:proofErr w:type="gramStart"/>
      <w:r>
        <w:t>Board, or</w:t>
      </w:r>
      <w:proofErr w:type="gramEnd"/>
      <w:r>
        <w:t xml:space="preserve"> using a seal</w:t>
      </w:r>
      <w:r>
        <w:br/>
        <w:t>or practicing professional engineering or professional surveying</w:t>
      </w:r>
      <w:r>
        <w:br/>
      </w:r>
      <w:r>
        <w:lastRenderedPageBreak/>
        <w:t>while the professional engineer's license or professional surveyor's</w:t>
      </w:r>
      <w:r>
        <w:br/>
        <w:t>license is restricted, suspended, revoked, nonrenewed, retired or</w:t>
      </w:r>
      <w:r>
        <w:br/>
        <w:t>inactive;</w:t>
      </w:r>
      <w:r>
        <w:br/>
        <w:t xml:space="preserve">    10. Signing, affixing the professional engineer's or</w:t>
      </w:r>
      <w:r>
        <w:br/>
        <w:t>professional surveyor's seal, or permitting the professional</w:t>
      </w:r>
      <w:r>
        <w:br/>
        <w:t>engineer's or professional surveyor's seal or signature to be</w:t>
      </w:r>
      <w:r>
        <w:br/>
        <w:t>affixed to any specifications, reports, drawings, plans, design</w:t>
      </w:r>
      <w:r>
        <w:br/>
        <w:t>information, construction documents, calculations, other documents,</w:t>
      </w:r>
      <w:r>
        <w:br/>
        <w:t>or revisions thereof, which have not been prepared by, or under the</w:t>
      </w:r>
      <w:r>
        <w:br/>
        <w:t>direct control and personal supervision of the professional engineer</w:t>
      </w:r>
      <w:r>
        <w:br/>
        <w:t>or professional surveyor in responsible charge;</w:t>
      </w:r>
      <w:r>
        <w:br/>
        <w:t xml:space="preserve">    11. Engaging in dishonorable, unethical or unprofessional</w:t>
      </w:r>
      <w:r>
        <w:br/>
        <w:t>conduct of a character likely to deceive, defraud, harm or endanger</w:t>
      </w:r>
      <w:r>
        <w:br/>
        <w:t>the public;</w:t>
      </w:r>
      <w:r>
        <w:br/>
        <w:t xml:space="preserve">    12. Providing false testimony or information to the Board;</w:t>
      </w:r>
      <w:r>
        <w:br/>
        <w:t xml:space="preserve">    13. Habitual intoxication or addiction to the use of alcohol or</w:t>
      </w:r>
      <w:r>
        <w:br/>
        <w:t>to the illegal use of a controlled dangerous substance;</w:t>
      </w:r>
      <w:r>
        <w:br/>
        <w:t xml:space="preserve">    14. Performing engineering or surveying services outside any of</w:t>
      </w:r>
      <w:r>
        <w:br/>
        <w:t>the licensee's areas of competence or an engineer's areas of</w:t>
      </w:r>
      <w:r>
        <w:br/>
        <w:t>competence designated in the official Board records;</w:t>
      </w:r>
      <w:r>
        <w:br/>
        <w:t xml:space="preserve">    15. Violating the Oklahoma Minimum Standards for the Practice</w:t>
      </w:r>
      <w:r>
        <w:br/>
        <w:t>of Surveying; and</w:t>
      </w:r>
      <w:r>
        <w:br/>
        <w:t xml:space="preserve">    16. Failing to obtain the required professional development</w:t>
      </w:r>
      <w:r>
        <w:br/>
        <w:t xml:space="preserve">hours, as approved by the Board, </w:t>
      </w:r>
      <w:proofErr w:type="gramStart"/>
      <w:r>
        <w:t>Board</w:t>
      </w:r>
      <w:proofErr w:type="gramEnd"/>
      <w:r>
        <w:t xml:space="preserve"> staff or Continuing Education</w:t>
      </w:r>
      <w:r>
        <w:br/>
        <w:t>Committee as required by an audit.</w:t>
      </w:r>
      <w:r>
        <w:br/>
        <w:t xml:space="preserve">    B. The Board shall prepare and adopt Rules of Professional</w:t>
      </w:r>
      <w:r>
        <w:br/>
        <w:t>Conduct for Professional Engineers and Surveyors as provided for in</w:t>
      </w:r>
      <w:r>
        <w:br/>
        <w:t>Section 475.8 of this title. The Board may revise and amend these</w:t>
      </w:r>
      <w:r>
        <w:br/>
        <w:t>Rules of Professional Conduct for Professional Engineers and</w:t>
      </w:r>
      <w:r>
        <w:br/>
        <w:t>Surveyors and shall notify each licensee, in writing, of such</w:t>
      </w:r>
      <w:r>
        <w:br/>
        <w:t>revisions or amendments.</w:t>
      </w:r>
      <w:r>
        <w:br/>
        <w:t xml:space="preserve">    C. Principals of a firm who do not obtain a certificate or</w:t>
      </w:r>
      <w:r>
        <w:br/>
        <w:t>authorization for the firm as required by this act may be subject to</w:t>
      </w:r>
      <w:r>
        <w:br/>
        <w:t>disciplinary action.</w:t>
      </w:r>
      <w:r>
        <w:br/>
        <w:t xml:space="preserve">    D. As used in this section:</w:t>
      </w:r>
      <w:r>
        <w:br/>
        <w:t xml:space="preserve">    1. "Substantially relates" means the nature of criminal conduct</w:t>
      </w:r>
      <w:r>
        <w:br/>
        <w:t>for which the person was convicted has a direct bearing on the</w:t>
      </w:r>
      <w:r w:rsidR="005331C1">
        <w:t xml:space="preserve"> </w:t>
      </w:r>
    </w:p>
    <w:p w14:paraId="66972723" w14:textId="7F21ED49" w:rsidR="004B271D" w:rsidRDefault="00E2156E">
      <w:r>
        <w:t>fitness or ability to perform one or more of the duties or</w:t>
      </w:r>
      <w:r>
        <w:br/>
        <w:t>responsibilities necessarily related to the occupation; and</w:t>
      </w:r>
      <w:r>
        <w:br/>
        <w:t xml:space="preserve">    2. "Poses a reasonable threat" means the nature of criminal</w:t>
      </w:r>
      <w:r>
        <w:br/>
        <w:t>conduct for which the person was convicted involved an act or threat</w:t>
      </w:r>
      <w:r>
        <w:br/>
        <w:t>of harm against another or has a bearing on the fitness or ability</w:t>
      </w:r>
      <w:r>
        <w:br/>
        <w:t>to serve the public or work with others in the occupation.</w:t>
      </w:r>
      <w:r>
        <w:br/>
        <w:t xml:space="preserve">Added by Laws 1968, c. 245, § 18,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18; Laws 1992, c. 165, § 15, eff.</w:t>
      </w:r>
      <w:r>
        <w:br/>
        <w:t>July 1, 1992; Laws 2005, c. 115, § 17, eff. Nov. 1, 2005; Laws 2008,</w:t>
      </w:r>
      <w:r>
        <w:br/>
        <w:t>c. 312, § 8, eff. Nov. 1, 2008; Laws 2012, c. 139, § 7; Laws 2015,</w:t>
      </w:r>
      <w:r>
        <w:br/>
        <w:t>c. 183, § 3, eff. Nov. 1, 2015; Laws 2017, c. 259, § 16, eff. Nov.</w:t>
      </w:r>
      <w:r>
        <w:br/>
        <w:t>1, 2017; Laws 2019, c. 363, § 19, eff. Nov. 1, 2019; Laws 2024, c.</w:t>
      </w:r>
      <w:r>
        <w:br/>
        <w:t>147, § 27, eff. Nov. 1, 2024.</w:t>
      </w:r>
      <w:r>
        <w:br/>
      </w:r>
      <w:r>
        <w:br/>
        <w:t>§59-475.19. Allegations of violations - Notice and hearing -</w:t>
      </w:r>
      <w:r>
        <w:br/>
        <w:t>Appeal.</w:t>
      </w:r>
      <w:r>
        <w:br/>
        <w:t xml:space="preserve">    A. Investigations and inquiries concerning the professional</w:t>
      </w:r>
      <w:r>
        <w:br/>
        <w:t>licensed activities of licensees, or any person or entity who may be</w:t>
      </w:r>
      <w:r>
        <w:br/>
        <w:t>in violation of the Board's statutes and rules, may be initiated</w:t>
      </w:r>
      <w:r>
        <w:br/>
      </w:r>
      <w:r>
        <w:lastRenderedPageBreak/>
        <w:t>pursuant to the request of the Investigative Committee or the</w:t>
      </w:r>
      <w:r>
        <w:br/>
        <w:t>public. In the event of such an investigation, all licensees and</w:t>
      </w:r>
      <w:r>
        <w:br/>
        <w:t xml:space="preserve">subjects of </w:t>
      </w:r>
      <w:proofErr w:type="gramStart"/>
      <w:r>
        <w:t>complaints</w:t>
      </w:r>
      <w:proofErr w:type="gramEnd"/>
      <w:r>
        <w:t xml:space="preserve"> have a duty to provide all information</w:t>
      </w:r>
      <w:r>
        <w:br/>
        <w:t>requested by the Board within thirty (30) days or a later time if</w:t>
      </w:r>
      <w:r>
        <w:br/>
        <w:t>agreed to by the licensee and the Investigative Committee. All</w:t>
      </w:r>
      <w:r>
        <w:br/>
        <w:t>allegations shall be timely investigated by the Investigative</w:t>
      </w:r>
      <w:r>
        <w:br/>
        <w:t>Committee of the Board and, unless determined unfounded or trivial,</w:t>
      </w:r>
      <w:r>
        <w:br/>
        <w:t>or unless settled by mutual accord, shall be filed as a formal</w:t>
      </w:r>
      <w:r>
        <w:br/>
        <w:t>notice of charges by the Board.</w:t>
      </w:r>
      <w:r>
        <w:br/>
        <w:t xml:space="preserve">    B. The time and place for the hearing shall be fixed by the</w:t>
      </w:r>
      <w:r>
        <w:br/>
        <w:t>Board, and a copy of the charges, together with a notice of the time</w:t>
      </w:r>
      <w:r>
        <w:br/>
        <w:t>and place of hearing, shall be personally served on or mailed to the</w:t>
      </w:r>
      <w:r>
        <w:br/>
        <w:t>last-known address of such person, licensee, or entity at least</w:t>
      </w:r>
      <w:r>
        <w:br/>
        <w:t>thirty (30) days before the date fixed for the hearing. At any</w:t>
      </w:r>
      <w:r>
        <w:br/>
        <w:t>hearing, the accused shall have the right to appear in person or by</w:t>
      </w:r>
      <w:r>
        <w:br/>
        <w:t>counsel, or both, to cross-examine witnesses in their defense, and</w:t>
      </w:r>
      <w:r>
        <w:br/>
        <w:t>to produce evidence and witnesses in their own defense. If the</w:t>
      </w:r>
      <w:r>
        <w:br/>
        <w:t>accused fails or refuses to appear, the Board may proceed to hear</w:t>
      </w:r>
      <w:r>
        <w:br/>
        <w:t>and determine the validity of the charges.</w:t>
      </w:r>
      <w:r>
        <w:br/>
        <w:t xml:space="preserve">    C. If, after such hearing, a majority of the quorum of the</w:t>
      </w:r>
      <w:r>
        <w:br/>
        <w:t>empaneled Board vote in favor of sustaining any one or more of the</w:t>
      </w:r>
      <w:r>
        <w:br/>
        <w:t>charges, the Board shall reprimand, fine for each count or separate</w:t>
      </w:r>
      <w:r>
        <w:br/>
        <w:t>offense, levy administrative penalties pursuant to Section 475.20 of</w:t>
      </w:r>
      <w:r>
        <w:br/>
        <w:t>this title, place on probation for a period of time and subject to</w:t>
      </w:r>
      <w:r>
        <w:br/>
        <w:t>such conditions as the Board may specify, refuse to issue, restore,</w:t>
      </w:r>
      <w:r>
        <w:br/>
        <w:t>renew, place practice restrictions on, suspend or revoke the</w:t>
      </w:r>
      <w:r>
        <w:br/>
        <w:t>individual's license, or the firm's certificate of authority.</w:t>
      </w:r>
    </w:p>
    <w:p w14:paraId="4FC55BFB" w14:textId="2EE4F9DD" w:rsidR="004B271D" w:rsidRDefault="00E2156E">
      <w:r>
        <w:t xml:space="preserve">    D. Any named respondent aggrieved by any action of the Board in</w:t>
      </w:r>
      <w:r>
        <w:br/>
        <w:t>levying a fine, denying, suspending, refusing to issue, restore or</w:t>
      </w:r>
      <w:r>
        <w:br/>
        <w:t>renew, placing practice restrictions on, or revoking the license of</w:t>
      </w:r>
      <w:r>
        <w:br/>
        <w:t>the person, or its certificate of authority, may appeal therefrom to</w:t>
      </w:r>
      <w:r>
        <w:br/>
        <w:t>the proper court under normal civil procedures.</w:t>
      </w:r>
      <w:r>
        <w:br/>
        <w:t xml:space="preserve">    E. The Board may, upon petition of an individual licensee or</w:t>
      </w:r>
      <w:r>
        <w:br/>
        <w:t>firm holding a certificate of authority, reissue a license or</w:t>
      </w:r>
      <w:r>
        <w:br/>
        <w:t>authorization, provided that a majority of the members of the Board</w:t>
      </w:r>
      <w:r>
        <w:br/>
        <w:t>vote in favor of such issuance.</w:t>
      </w:r>
      <w:r>
        <w:br/>
        <w:t xml:space="preserve">Added by Laws 1968, c. 245, § 19,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19; Laws 1992, c. 165, § 16, eff.</w:t>
      </w:r>
      <w:r>
        <w:br/>
        <w:t>July 1, 1992; Laws 2005, c. 115, § 18, eff. Nov. 1, 2005; Laws 2008,</w:t>
      </w:r>
      <w:r>
        <w:br/>
        <w:t>c. 312, § 9, eff. Nov. 1, 2008; Laws 2017, c. 259, § 17, eff. Nov.</w:t>
      </w:r>
      <w:r>
        <w:br/>
        <w:t>1, 2017; Laws 2024, c. 147, § 28, eff. Nov. 1, 2024.</w:t>
      </w:r>
      <w:r>
        <w:br/>
      </w:r>
      <w:r>
        <w:br/>
        <w:t>§59-475.20. Criminal and administrative penalties - Legal counsel.</w:t>
      </w:r>
      <w:r>
        <w:br/>
        <w:t xml:space="preserve">    A. Criminal penalties:</w:t>
      </w:r>
      <w:r>
        <w:br/>
        <w:t xml:space="preserve">    Any person or entity who practices, or offers to practice,</w:t>
      </w:r>
      <w:r>
        <w:br/>
        <w:t>engineering or surveying in this state without being licensed by the</w:t>
      </w:r>
      <w:r>
        <w:br/>
        <w:t>State Board of Licensure for Professional Engineers and Surveyors in</w:t>
      </w:r>
      <w:r>
        <w:br/>
        <w:t>accordance with the provisions of this act, or any person or entity</w:t>
      </w:r>
      <w:r>
        <w:br/>
        <w:t>using or employing the words "engineer" or "engineering" or</w:t>
      </w:r>
      <w:r>
        <w:br/>
        <w:t>"surveyor" or "surveying" or any modification or derivative thereof</w:t>
      </w:r>
      <w:r>
        <w:br/>
        <w:t>in its name or form of business or activity except as authorized in</w:t>
      </w:r>
      <w:r>
        <w:br/>
        <w:t>this act, or any person presenting or attempting to use the license</w:t>
      </w:r>
      <w:r>
        <w:br/>
        <w:t>or the seal of another, or any person who gives false or forged</w:t>
      </w:r>
      <w:r>
        <w:br/>
        <w:t>evidence of any kind to the Board or to any member thereof in</w:t>
      </w:r>
      <w:r>
        <w:br/>
        <w:t>obtaining or attempting to obtain a license, or any person who</w:t>
      </w:r>
      <w:r>
        <w:br/>
        <w:t>falsely impersonates any other licensee of like or different name,</w:t>
      </w:r>
      <w:r>
        <w:br/>
      </w:r>
      <w:r>
        <w:lastRenderedPageBreak/>
        <w:t>or any person who attempts to use an expired, suspended, revoked, or</w:t>
      </w:r>
      <w:r>
        <w:br/>
        <w:t>nonexistent license, or who practices or offers to practice when not</w:t>
      </w:r>
      <w:r>
        <w:br/>
        <w:t>qualified, or their practice is restricted, or any person who</w:t>
      </w:r>
      <w:r>
        <w:br/>
        <w:t>falsely claims to be registered or licensed under this act, or any</w:t>
      </w:r>
      <w:r>
        <w:br/>
        <w:t>person who violates any of the provisions of this act, shall be</w:t>
      </w:r>
      <w:r>
        <w:br/>
        <w:t>guilty of a misdemeanor, punishable by a fine of not less than Two</w:t>
      </w:r>
      <w:r>
        <w:br/>
        <w:t>Hundred Fifty Dollars ($250.00), nor more than Two Thousand Dollars</w:t>
      </w:r>
      <w:r>
        <w:br/>
        <w:t>($2,000.00).</w:t>
      </w:r>
      <w:r>
        <w:br/>
        <w:t xml:space="preserve">    B. Administrative penalties:</w:t>
      </w:r>
      <w:r>
        <w:br/>
        <w:t xml:space="preserve">    1. Any person or entity who has been determined by the Board to</w:t>
      </w:r>
      <w:r>
        <w:br/>
        <w:t>have violated any provision of this act, or any rule, regulation or</w:t>
      </w:r>
      <w:r>
        <w:br/>
        <w:t>order issued pursuant to such provisions, may be liable for an</w:t>
      </w:r>
      <w:r>
        <w:br/>
        <w:t>administrative penalty of not less than Five Hundred Dollars</w:t>
      </w:r>
      <w:r>
        <w:br/>
        <w:t>($500.00) nor more than Twenty Thousand Dollars ($20,000.00) for</w:t>
      </w:r>
      <w:r>
        <w:br/>
        <w:t>each separate violation.</w:t>
      </w:r>
      <w:r>
        <w:br/>
        <w:t xml:space="preserve">    2. The amount of the penalty shall be assessed by the Board</w:t>
      </w:r>
      <w:r>
        <w:br/>
        <w:t>pursuant to the provisions of paragraph 1 of this subsection, after</w:t>
      </w:r>
      <w:r>
        <w:br/>
        <w:t>notice and hearing. In determining the amount of the penalty, the</w:t>
      </w:r>
      <w:r w:rsidR="005331C1">
        <w:t xml:space="preserve"> </w:t>
      </w:r>
    </w:p>
    <w:p w14:paraId="61668619" w14:textId="2EFDE941" w:rsidR="004B271D" w:rsidRDefault="00E2156E">
      <w:r>
        <w:t>Board shall include, but not be limited to, consideration of the</w:t>
      </w:r>
      <w:r>
        <w:br/>
        <w:t>nature, circumstances and gravity of the violation, and with respect</w:t>
      </w:r>
      <w:r>
        <w:br/>
        <w:t>to the person or entity found to have committed the violation, the</w:t>
      </w:r>
      <w:r>
        <w:br/>
        <w:t>degree of culpability, the effect on ability of the person or entity</w:t>
      </w:r>
      <w:r>
        <w:br/>
        <w:t>to continue to do business, and any show of good faith in attempting</w:t>
      </w:r>
      <w:r>
        <w:br/>
        <w:t>to achieve compliance with the provisions of this act. All monies</w:t>
      </w:r>
      <w:r>
        <w:br/>
        <w:t>collected from administrative penalties shall be deposited with the</w:t>
      </w:r>
      <w:r>
        <w:br/>
        <w:t>State Treasurer and placed in the "Professional Engineers and</w:t>
      </w:r>
      <w:r>
        <w:br/>
        <w:t>Surveyors Fund".</w:t>
      </w:r>
      <w:r>
        <w:br/>
        <w:t xml:space="preserve">    3. Any license or certificate of authority holder may request</w:t>
      </w:r>
      <w:r>
        <w:br/>
        <w:t>to surrender the license or certificate of authority in lieu of an</w:t>
      </w:r>
      <w:r>
        <w:br/>
        <w:t>administrative action, but shall be permanently barred from</w:t>
      </w:r>
      <w:r>
        <w:br/>
        <w:t>obtaining a reissuance of the license or certificate of authority.</w:t>
      </w:r>
      <w:r>
        <w:br/>
        <w:t>All such requests shall be presented to the Board for approval.</w:t>
      </w:r>
      <w:r>
        <w:br/>
        <w:t xml:space="preserve">    C. Legal Counsel:</w:t>
      </w:r>
      <w:r>
        <w:br/>
        <w:t xml:space="preserve">    The Attorney General of this state or an assistant shall act as</w:t>
      </w:r>
      <w:r>
        <w:br/>
        <w:t>legal advisor to the Board and render such legal assistance as may</w:t>
      </w:r>
      <w:r>
        <w:br/>
        <w:t>be necessary in carrying out the provisions of this act. The Board</w:t>
      </w:r>
      <w:r>
        <w:br/>
        <w:t>may employ counsel whose compensation and expenses shall be paid</w:t>
      </w:r>
      <w:r>
        <w:br/>
        <w:t>from Board funds for necessary legal assistance to aid in the</w:t>
      </w:r>
      <w:r>
        <w:br/>
        <w:t>enforcement of and carrying out the provisions of this act.</w:t>
      </w:r>
      <w:r>
        <w:br/>
        <w:t xml:space="preserve">Added by Laws 1968, c. 245, § 20,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20; Laws 1992, c. 165, § 17, eff.</w:t>
      </w:r>
      <w:r>
        <w:br/>
        <w:t>July 1, 1992; Laws 1997, c. 133, § 508, eff. July 1, 1999; Laws</w:t>
      </w:r>
      <w:r>
        <w:br/>
        <w:t>1999, c. 74, § 2, eff. Nov. 1, 1999; Laws 2005, c. 115, § 19, eff.</w:t>
      </w:r>
      <w:r>
        <w:br/>
        <w:t>Nov. 1, 2005; Laws 2008, c. 312, § 10, eff. Nov. 1, 2008; Laws 2017,</w:t>
      </w:r>
      <w:r>
        <w:br/>
        <w:t>c. 259, § 18, eff. Nov. 1, 2017; Laws 2024, c. 147, § 29, eff. Nov.</w:t>
      </w:r>
      <w:r>
        <w:br/>
        <w:t>1, 2024.</w:t>
      </w:r>
      <w:r>
        <w:br/>
        <w:t>NOTE: Laws 1998, 1st Ex. Sess., c. 2, § 23 amended the effective</w:t>
      </w:r>
      <w:r>
        <w:br/>
        <w:t>date of Laws 1997, c. 133, § 508 from July 1, 1998, to July 1, 1999.</w:t>
      </w:r>
      <w:r>
        <w:br/>
      </w:r>
      <w:r>
        <w:br/>
        <w:t>§59-475.21. Condition for practice of engineering or surveying by</w:t>
      </w:r>
      <w:r>
        <w:br/>
        <w:t>firm.</w:t>
      </w:r>
      <w:r>
        <w:br/>
        <w:t xml:space="preserve">    A. The practice of or offer to practice engineering or</w:t>
      </w:r>
      <w:r>
        <w:br/>
        <w:t>surveying by firms authorized under this act, or by more than one</w:t>
      </w:r>
      <w:r>
        <w:br/>
        <w:t>person acting individually through a firm, is permitted provided:</w:t>
      </w:r>
      <w:r>
        <w:br/>
        <w:t xml:space="preserve">    1. The managing agent(s) in responsible charge of such practice</w:t>
      </w:r>
      <w:r>
        <w:br/>
        <w:t xml:space="preserve">and all personnel who act </w:t>
      </w:r>
      <w:proofErr w:type="gramStart"/>
      <w:r>
        <w:t>in</w:t>
      </w:r>
      <w:proofErr w:type="gramEnd"/>
      <w:r>
        <w:t xml:space="preserve"> behalf of the firm in professional</w:t>
      </w:r>
      <w:r>
        <w:br/>
      </w:r>
      <w:r>
        <w:lastRenderedPageBreak/>
        <w:t>engineering and surveying matters in this state are licensed under</w:t>
      </w:r>
      <w:r>
        <w:br/>
        <w:t>this act; and</w:t>
      </w:r>
      <w:r>
        <w:br/>
        <w:t xml:space="preserve">    2. The firm has been issued a certificate of authority by the</w:t>
      </w:r>
      <w:r>
        <w:br/>
        <w:t>Board.</w:t>
      </w:r>
      <w:r>
        <w:br/>
        <w:t xml:space="preserve">    B. An engineering or surveying firm requiring a certificate of</w:t>
      </w:r>
      <w:r>
        <w:br/>
        <w:t>authority shall file with the Board an application, using a form</w:t>
      </w:r>
      <w:r>
        <w:br/>
        <w:t>provided by the Board, and provide all the information required by</w:t>
      </w:r>
      <w:r>
        <w:br/>
        <w:t>the Board. The Board shall prescribe a form to be filed with the</w:t>
      </w:r>
      <w:r>
        <w:br/>
        <w:t>renewal fee and which shall be updated within thirty (30) days of</w:t>
      </w:r>
      <w:r w:rsidR="005331C1">
        <w:t xml:space="preserve"> </w:t>
      </w:r>
    </w:p>
    <w:p w14:paraId="353345B9" w14:textId="77777777" w:rsidR="004B271D" w:rsidRDefault="00E2156E">
      <w:proofErr w:type="gramStart"/>
      <w:r>
        <w:t>the</w:t>
      </w:r>
      <w:proofErr w:type="gramEnd"/>
      <w:r>
        <w:t xml:space="preserve"> time any information contained on the form is changed or differs</w:t>
      </w:r>
      <w:r>
        <w:br/>
        <w:t>for any reason. If, in the Board's judgment, the information</w:t>
      </w:r>
      <w:r>
        <w:br/>
        <w:t>contained on the form warrants such action, the Board shall issue a</w:t>
      </w:r>
      <w:r>
        <w:br/>
        <w:t>certificate of authority for the firm to practice engineering and/or</w:t>
      </w:r>
      <w:r>
        <w:br/>
        <w:t>surveying.</w:t>
      </w:r>
      <w:r>
        <w:br/>
        <w:t xml:space="preserve">    No such firm shall be relieved of responsibility for the conduct</w:t>
      </w:r>
      <w:r>
        <w:br/>
        <w:t>or acts of its agents, employees, officers or partners by reason of</w:t>
      </w:r>
      <w:r>
        <w:br/>
        <w:t>its compliance with the provisions of this section. No individual</w:t>
      </w:r>
      <w:r>
        <w:br/>
        <w:t>practicing engineering or surveying, pursuant to the provisions of</w:t>
      </w:r>
      <w:r>
        <w:br/>
        <w:t>this act, shall be relieved of responsibility for engineering or</w:t>
      </w:r>
      <w:r>
        <w:br/>
        <w:t>surveying services performed by reason of employment or other</w:t>
      </w:r>
      <w:r>
        <w:br/>
        <w:t>relationship with a firm holding a certificate of authority.</w:t>
      </w:r>
      <w:r>
        <w:br/>
        <w:t xml:space="preserve">    C. The Secretary of State shall not issue a certificate of</w:t>
      </w:r>
      <w:r>
        <w:br/>
        <w:t>incorporation to an applicant, approve for filing articles of</w:t>
      </w:r>
      <w:r>
        <w:br/>
        <w:t>organization for a limited liability company, approve for filing a</w:t>
      </w:r>
      <w:r>
        <w:br/>
        <w:t>certificate of limited partnership or accept a registration as a</w:t>
      </w:r>
      <w:r>
        <w:br/>
        <w:t>foreign firm to a firm which includes in the firm's name or among</w:t>
      </w:r>
      <w:r>
        <w:br/>
        <w:t>the objectives for which it is established any of the words</w:t>
      </w:r>
      <w:r>
        <w:br/>
        <w:t>"Engineer", "Engineering", "Surveyor", "Surveying" or any</w:t>
      </w:r>
      <w:r>
        <w:br/>
        <w:t>modification or derivation thereof unless the Board for these</w:t>
      </w:r>
      <w:r>
        <w:br/>
        <w:t>professions has issued for the applicant a certificate of authority</w:t>
      </w:r>
      <w:r>
        <w:br/>
        <w:t>or a letter indicating the eligibility of such applicant to receive</w:t>
      </w:r>
      <w:r>
        <w:br/>
        <w:t>such a certificate. The firm applying shall supply such certificate</w:t>
      </w:r>
      <w:r>
        <w:br/>
        <w:t>or letter from the Board with its application for incorporation or</w:t>
      </w:r>
      <w:r>
        <w:br/>
        <w:t>registration.</w:t>
      </w:r>
      <w:r>
        <w:br/>
        <w:t xml:space="preserve">    D. The Secretary of State shall decline to register any trade</w:t>
      </w:r>
      <w:r>
        <w:br/>
        <w:t>name or service mark which includes such words, as set forth in</w:t>
      </w:r>
      <w:r>
        <w:br/>
        <w:t>subsection C of this section, or modifications or derivatives</w:t>
      </w:r>
      <w:r>
        <w:br/>
        <w:t>thereof in its firm name or logotype except those firms holding</w:t>
      </w:r>
      <w:r>
        <w:br/>
        <w:t>certificates of authority issued under the provisions of this</w:t>
      </w:r>
      <w:r>
        <w:br/>
        <w:t>section.</w:t>
      </w:r>
      <w:r>
        <w:br/>
        <w:t xml:space="preserve">    E. The certificate of authority shall be renewed as</w:t>
      </w:r>
      <w:r>
        <w:br/>
        <w:t>hereinbefore provided in Section 475.16 of this title.</w:t>
      </w:r>
      <w:r>
        <w:br/>
        <w:t xml:space="preserve">    F. Firms applying for a certificate of authority shall</w:t>
      </w:r>
      <w:r>
        <w:br/>
        <w:t>designate a managing agent.</w:t>
      </w:r>
      <w:r>
        <w:br/>
        <w:t xml:space="preserve">    Managing agent. A firm offering engineering or surveying</w:t>
      </w:r>
      <w:r>
        <w:br/>
        <w:t>services shall designate an engineer or surveyor, respectively, to</w:t>
      </w:r>
      <w:r>
        <w:br/>
        <w:t>be the managing agent for the firm. A firm offering both</w:t>
      </w:r>
      <w:r>
        <w:br/>
        <w:t>engineering and surveying services must have a licensed professional</w:t>
      </w:r>
      <w:r>
        <w:br/>
        <w:t>engineer and licensed professional surveyor listed as managing</w:t>
      </w:r>
      <w:r>
        <w:br/>
        <w:t>agent. A licensee may not be designated as a managing agent for</w:t>
      </w:r>
      <w:r>
        <w:br/>
        <w:t>more than one firm without prior Board approval. The managing agent</w:t>
      </w:r>
      <w:r>
        <w:br/>
        <w:t>must hold a position of recognized authority within the firm to be</w:t>
      </w:r>
      <w:r>
        <w:br/>
        <w:t>designated as the managing agent. In the case of a corporation, a</w:t>
      </w:r>
      <w:r>
        <w:br/>
        <w:t>licensee must be an officer, principal, director or shareholder of</w:t>
      </w:r>
      <w:r>
        <w:br/>
        <w:t>the firm to be designated as the managing agent. In the case of a</w:t>
      </w:r>
      <w:r>
        <w:br/>
        <w:t>limited liability company or limited liability partnership, the</w:t>
      </w:r>
      <w:r>
        <w:br w:type="page"/>
      </w:r>
    </w:p>
    <w:p w14:paraId="0B069F7B" w14:textId="313089B6" w:rsidR="004B271D" w:rsidRDefault="00E2156E">
      <w:r>
        <w:lastRenderedPageBreak/>
        <w:t>licensee must be a member of the firm to be designated as the</w:t>
      </w:r>
      <w:r>
        <w:br/>
        <w:t>managing agent. In the case of a limited partnership, the licensee</w:t>
      </w:r>
      <w:r>
        <w:br/>
        <w:t>must be a general partner of the firm to be designated as the</w:t>
      </w:r>
      <w:r>
        <w:br/>
        <w:t>managing agent. In the case of a partnership, the licensee must be</w:t>
      </w:r>
      <w:r>
        <w:br/>
        <w:t>an owner of the firm to be designated as the managing agent. If the</w:t>
      </w:r>
      <w:r>
        <w:br/>
        <w:t>ownership is less than fifty percent (50%) ownership, an explanation</w:t>
      </w:r>
      <w:r>
        <w:br/>
        <w:t>must be included as to the extent of authority this partner holds</w:t>
      </w:r>
      <w:r>
        <w:br/>
        <w:t>regarding engineering or surveying decisions, respectively, as it</w:t>
      </w:r>
      <w:r>
        <w:br/>
        <w:t xml:space="preserve">pertains to paragraphs 1 through 3 of this </w:t>
      </w:r>
      <w:proofErr w:type="gramStart"/>
      <w:r>
        <w:t>subsection</w:t>
      </w:r>
      <w:proofErr w:type="gramEnd"/>
      <w:r>
        <w:t>. A licensee</w:t>
      </w:r>
      <w:r>
        <w:br/>
        <w:t>who is a full-time employee of a firm and holds a position of</w:t>
      </w:r>
      <w:r>
        <w:br/>
        <w:t>recognized authority within the firm but does not hold one of the</w:t>
      </w:r>
      <w:r>
        <w:br/>
        <w:t>above-stated titles may request Board approval to be named the</w:t>
      </w:r>
      <w:r>
        <w:br/>
        <w:t>managing agent by submitting a letter to the Board on firm</w:t>
      </w:r>
      <w:r>
        <w:br/>
        <w:t>letterhead signed by a person within the firm holding one of the</w:t>
      </w:r>
      <w:r>
        <w:br/>
        <w:t>above-stated titles, describing the special circumstances</w:t>
      </w:r>
      <w:r>
        <w:br/>
        <w:t>surrounding the requested exception and the extent of authority this</w:t>
      </w:r>
      <w:r>
        <w:br/>
        <w:t>employee holds regarding engineering or surveying decisions,</w:t>
      </w:r>
      <w:r>
        <w:br/>
        <w:t>respectively, as it pertains to paragraphs 1 through 3 of this</w:t>
      </w:r>
      <w:r>
        <w:br/>
        <w:t>subsection. A licensee who is self-employed, an independent</w:t>
      </w:r>
      <w:r>
        <w:br/>
        <w:t>contractor or who renders consulting engineering or surveying</w:t>
      </w:r>
      <w:r>
        <w:br/>
        <w:t>services to, or for, a firm shall not be designated as a managing</w:t>
      </w:r>
      <w:r>
        <w:br/>
        <w:t>agent. The managing agent's responsibilities include:</w:t>
      </w:r>
      <w:r>
        <w:br/>
        <w:t xml:space="preserve">    1. Renewal of the firm's certificate of authority and</w:t>
      </w:r>
      <w:r>
        <w:br/>
        <w:t>notification to the Board of any change in managing agent or firm's</w:t>
      </w:r>
      <w:r>
        <w:br/>
        <w:t>contact information;</w:t>
      </w:r>
      <w:r>
        <w:br/>
        <w:t xml:space="preserve">    2. Overall administrative supervision of the firm's licensed</w:t>
      </w:r>
      <w:r>
        <w:br/>
        <w:t>and subordinate personnel performing engineering or surveying work</w:t>
      </w:r>
      <w:r>
        <w:br/>
        <w:t>in Oklahoma; and</w:t>
      </w:r>
      <w:r>
        <w:br/>
        <w:t xml:space="preserve">    3. Institution and adherence of policies of the firm that are</w:t>
      </w:r>
      <w:r>
        <w:br/>
        <w:t>in accordance with this act, Section 3-116 et seq. of Title 65 of</w:t>
      </w:r>
      <w:r>
        <w:br/>
        <w:t>the Oklahoma Statutes and the rules of the Board.</w:t>
      </w:r>
      <w:r>
        <w:br/>
        <w:t xml:space="preserve">    G. Out-of-state firms authorized to offer or perform</w:t>
      </w:r>
      <w:r>
        <w:br/>
        <w:t>professional engineering or professional surveying services in</w:t>
      </w:r>
      <w:r>
        <w:br/>
        <w:t>Oklahoma may have one or more branch offices located in Oklahoma</w:t>
      </w:r>
      <w:r>
        <w:br/>
        <w:t>only if the firm has a professional engineer or professional</w:t>
      </w:r>
      <w:r>
        <w:br/>
        <w:t>surveyor, respectively, designated as the managing agent in</w:t>
      </w:r>
      <w:r>
        <w:br/>
        <w:t>Oklahoma. The professional engineer or professional surveyor</w:t>
      </w:r>
      <w:r>
        <w:br/>
        <w:t>designated for this purpose shall be required to spend a majority of</w:t>
      </w:r>
      <w:r>
        <w:br/>
        <w:t>normal business hours at one or more branch offices located in</w:t>
      </w:r>
      <w:r>
        <w:br/>
        <w:t>Oklahoma and be duly licensed as a professional engineer or</w:t>
      </w:r>
      <w:r>
        <w:br/>
        <w:t>professional surveyor, respectively, in this state. The</w:t>
      </w:r>
      <w:r>
        <w:br/>
        <w:t>professional engineer or professional surveyor designated managing</w:t>
      </w:r>
      <w:r>
        <w:br/>
        <w:t>agent shall be responsible for:</w:t>
      </w:r>
      <w:r>
        <w:br/>
        <w:t xml:space="preserve">    1. Maintaining and renewal of the firm's certificate of</w:t>
      </w:r>
      <w:r>
        <w:br/>
        <w:t>authority and notification to the Board of any change in managing</w:t>
      </w:r>
      <w:r>
        <w:br/>
        <w:t>agent or firm's contact information;</w:t>
      </w:r>
    </w:p>
    <w:p w14:paraId="1820D9EC" w14:textId="51BC1DAE" w:rsidR="004B271D" w:rsidRDefault="00E2156E">
      <w:r>
        <w:t xml:space="preserve">    2. Overall administrative supervision of the firm's licensed</w:t>
      </w:r>
      <w:r>
        <w:br/>
        <w:t>and subordinate personnel who provide the engineering work in this</w:t>
      </w:r>
      <w:r>
        <w:br/>
        <w:t>state; and</w:t>
      </w:r>
      <w:r>
        <w:br/>
        <w:t xml:space="preserve">    3. The institution of and adherence to policies of the firm</w:t>
      </w:r>
      <w:r>
        <w:br/>
        <w:t>that shall be in accordance with this act, Section 3-116 et seq. of</w:t>
      </w:r>
      <w:r>
        <w:br/>
        <w:t>Title 65 of the Oklahoma Statutes and the rules promulgated by the</w:t>
      </w:r>
      <w:r>
        <w:br/>
        <w:t>Board.</w:t>
      </w:r>
      <w:r>
        <w:br/>
        <w:t xml:space="preserve">Added by Laws 1968, c. 245, § 21,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21; Laws 1992, c. 165, § 18, eff.</w:t>
      </w:r>
      <w:r>
        <w:br/>
        <w:t>July 1, 1992; Laws 2005, c. 115, § 20, eff. Nov. 1, 2005; Laws 2012,</w:t>
      </w:r>
      <w:r>
        <w:br/>
      </w:r>
      <w:r>
        <w:lastRenderedPageBreak/>
        <w:t>c. 139, § 8; Laws 2017, c. 259, § 19, eff. Nov. 1, 2017; Laws 2024,</w:t>
      </w:r>
      <w:r>
        <w:br/>
        <w:t>c. 147, § 30, eff. Nov. 1, 2024.</w:t>
      </w:r>
      <w:r>
        <w:br/>
      </w:r>
      <w:r>
        <w:br/>
        <w:t>§59-475.22. Exceptions.</w:t>
      </w:r>
      <w:r>
        <w:br/>
        <w:t xml:space="preserve">    This act shall not be construed to prevent:</w:t>
      </w:r>
      <w:r>
        <w:br/>
        <w:t xml:space="preserve">    1. Other professions. The practice of any other legally</w:t>
      </w:r>
      <w:r>
        <w:br/>
        <w:t>recognized profession;</w:t>
      </w:r>
      <w:r>
        <w:br/>
        <w:t xml:space="preserve">    2. Temporary license:</w:t>
      </w:r>
      <w:r>
        <w:br/>
        <w:t xml:space="preserve">         a.   Professional engineer. The practice or offer to</w:t>
      </w:r>
      <w:r>
        <w:br/>
        <w:t xml:space="preserve">              practice engineering by a person not a resident of or</w:t>
      </w:r>
      <w:r>
        <w:br/>
        <w:t xml:space="preserve">              having no established place of business in this state</w:t>
      </w:r>
      <w:r>
        <w:br/>
        <w:t xml:space="preserve">              is allowed; provided, such person is legally qualified</w:t>
      </w:r>
      <w:r>
        <w:br/>
        <w:t xml:space="preserve">              by licensure to practice engineering, as defined in</w:t>
      </w:r>
      <w:r>
        <w:br/>
        <w:t xml:space="preserve">              Section 475.2 of this title, in the applicant's</w:t>
      </w:r>
      <w:r>
        <w:br/>
        <w:t xml:space="preserve">              resident state or jurisdiction and who has made</w:t>
      </w:r>
      <w:r>
        <w:br/>
        <w:t xml:space="preserve">              application for licensure to the Board. Such person</w:t>
      </w:r>
      <w:r>
        <w:br/>
        <w:t xml:space="preserve">              shall make application for temporary licensure to the</w:t>
      </w:r>
      <w:r>
        <w:br/>
        <w:t xml:space="preserve">              Board, in a manner prescribed by the Board. After</w:t>
      </w:r>
      <w:r>
        <w:br/>
        <w:t xml:space="preserve">              payment of a temporary license fee, a temporary</w:t>
      </w:r>
      <w:r>
        <w:br/>
        <w:t xml:space="preserve">              license may be granted to perform a particular job for</w:t>
      </w:r>
      <w:r>
        <w:br/>
        <w:t xml:space="preserve">              a definite </w:t>
      </w:r>
      <w:proofErr w:type="gramStart"/>
      <w:r>
        <w:t>period of time</w:t>
      </w:r>
      <w:proofErr w:type="gramEnd"/>
      <w:r>
        <w:t>, to expire at the earliest</w:t>
      </w:r>
      <w:r>
        <w:br/>
        <w:t xml:space="preserve">              issuance of a professional engineering license by the</w:t>
      </w:r>
      <w:r>
        <w:br/>
        <w:t xml:space="preserve">              Board. Further, such person shall submit a complete</w:t>
      </w:r>
      <w:r>
        <w:br/>
        <w:t xml:space="preserve">              permanent </w:t>
      </w:r>
      <w:proofErr w:type="gramStart"/>
      <w:r>
        <w:t>professional engineer</w:t>
      </w:r>
      <w:proofErr w:type="gramEnd"/>
      <w:r>
        <w:t xml:space="preserve"> application to the</w:t>
      </w:r>
      <w:r>
        <w:br/>
        <w:t xml:space="preserve">              Board within thirty (30) days of the date of issuance</w:t>
      </w:r>
      <w:r>
        <w:br/>
        <w:t xml:space="preserve">              of the temporary license, with all required properly</w:t>
      </w:r>
      <w:r>
        <w:br/>
        <w:t xml:space="preserve">              completed forms and fees. Failure to submit a</w:t>
      </w:r>
      <w:r>
        <w:br/>
        <w:t xml:space="preserve">              permanent </w:t>
      </w:r>
      <w:proofErr w:type="gramStart"/>
      <w:r>
        <w:t>professional engineer</w:t>
      </w:r>
      <w:proofErr w:type="gramEnd"/>
      <w:r>
        <w:t xml:space="preserve"> application for Board</w:t>
      </w:r>
      <w:r>
        <w:br/>
        <w:t xml:space="preserve">              consideration within the designated thirty-day time</w:t>
      </w:r>
      <w:r>
        <w:br/>
        <w:t xml:space="preserve">              period may be considered a violation of this act and</w:t>
      </w:r>
      <w:r>
        <w:br/>
        <w:t xml:space="preserve">              Board rules. No right to practice engineering shall</w:t>
      </w:r>
      <w:r>
        <w:br/>
        <w:t xml:space="preserve">              accrue to such applicant by reason of a temporary</w:t>
      </w:r>
      <w:r>
        <w:br/>
        <w:t xml:space="preserve">              license for any works not set forth in the license,</w:t>
      </w:r>
      <w:r>
        <w:br/>
        <w:t xml:space="preserve">              and</w:t>
      </w:r>
      <w:r>
        <w:br/>
        <w:t xml:space="preserve">         b.   Professional surveyor. The practice of surveying</w:t>
      </w:r>
      <w:r>
        <w:br/>
        <w:t xml:space="preserve">              under a temporary permit by a person licensed as a</w:t>
      </w:r>
      <w:r>
        <w:br/>
        <w:t xml:space="preserve">              professional surveyor in another state is not</w:t>
      </w:r>
      <w:r w:rsidR="005331C1">
        <w:t xml:space="preserve"> </w:t>
      </w:r>
    </w:p>
    <w:p w14:paraId="3F54FAF7" w14:textId="0D904AB9" w:rsidR="004B271D" w:rsidRDefault="00E2156E">
      <w:r>
        <w:t xml:space="preserve">              considered to be in the best interest of the public</w:t>
      </w:r>
      <w:r>
        <w:br/>
        <w:t xml:space="preserve">              and therefore shall not be granted unless the person</w:t>
      </w:r>
      <w:r>
        <w:br/>
        <w:t xml:space="preserve">              is applying pursuant to the Military Service</w:t>
      </w:r>
      <w:r>
        <w:br/>
        <w:t xml:space="preserve">              Occupation, Education and Credentialing Act;</w:t>
      </w:r>
      <w:r>
        <w:br/>
        <w:t xml:space="preserve">    3. Employees and subordinates. The work of an employee or a</w:t>
      </w:r>
      <w:r>
        <w:br/>
        <w:t>subordinate of a person holding a license under this act, or an</w:t>
      </w:r>
      <w:r>
        <w:br/>
        <w:t>employee of a person practicing lawfully under paragraph 2 of this</w:t>
      </w:r>
      <w:r>
        <w:br/>
        <w:t>section is allowed; provided, such work does not include final</w:t>
      </w:r>
      <w:r>
        <w:br/>
        <w:t>engineering or surveying designs or decisions and is done under the</w:t>
      </w:r>
      <w:r>
        <w:br/>
        <w:t>direct supervision of and verified by a person holding a license</w:t>
      </w:r>
      <w:r>
        <w:br/>
        <w:t>under this act or a person practicing lawfully under paragraph 2 of</w:t>
      </w:r>
      <w:r>
        <w:br/>
        <w:t>this section;</w:t>
      </w:r>
      <w:r>
        <w:br/>
        <w:t xml:space="preserve">    4. Material takeoff. Providing a list of material derived from</w:t>
      </w:r>
      <w:r>
        <w:br/>
        <w:t>measuring and interpreting a set of blueprints or plans, otherwise</w:t>
      </w:r>
      <w:r>
        <w:br/>
        <w:t>known as a "material takeoff" or advising a person on such a</w:t>
      </w:r>
      <w:r>
        <w:br/>
        <w:t>"material takeoff" shall not constitute the practice of engineering;</w:t>
      </w:r>
      <w:r>
        <w:br/>
        <w:t>and</w:t>
      </w:r>
      <w:r>
        <w:br/>
        <w:t xml:space="preserve">    5. A person shall not be construed to practice or offer to</w:t>
      </w:r>
      <w:r>
        <w:br/>
        <w:t>practice surveying, within the meaning and intent of this act, who</w:t>
      </w:r>
      <w:r>
        <w:br/>
      </w:r>
      <w:r>
        <w:lastRenderedPageBreak/>
        <w:t>merely acts as an agent of a purchaser of surveying services.</w:t>
      </w:r>
      <w:r>
        <w:br/>
        <w:t>Agents of a purchaser of surveying services include, but are not</w:t>
      </w:r>
      <w:r>
        <w:br/>
        <w:t>limited to, real estate agents and brokers, title companies,</w:t>
      </w:r>
      <w:r>
        <w:br/>
        <w:t>attorneys providing title examination services, and persons who or</w:t>
      </w:r>
      <w:r>
        <w:br/>
        <w:t>firms that coordinate the acquisition and use of surveying services.</w:t>
      </w:r>
      <w:r>
        <w:br/>
        <w:t>The coordination of surveying services includes, but is not limited</w:t>
      </w:r>
      <w:r>
        <w:br/>
        <w:t>to, sales and marketing of services, discussion of requirements of</w:t>
      </w:r>
      <w:r>
        <w:br/>
        <w:t>surveys, contracting to furnish surveys, review of surveys, the</w:t>
      </w:r>
      <w:r>
        <w:br/>
        <w:t>requesting of revisions of surveys, and making any and all</w:t>
      </w:r>
      <w:r>
        <w:br/>
        <w:t>modifications to surveys with the written consent of the</w:t>
      </w:r>
      <w:r>
        <w:br/>
        <w:t>professional surveyor, and furnishing final revised copies to the</w:t>
      </w:r>
      <w:r>
        <w:br/>
        <w:t>professional surveyor showing all revisions, the distribution of</w:t>
      </w:r>
      <w:r>
        <w:br/>
        <w:t>surveys and receiving payment for such services. These actions do</w:t>
      </w:r>
      <w:r>
        <w:br/>
        <w:t>not constitute the practice of surveying, and do not violate any</w:t>
      </w:r>
      <w:r>
        <w:br/>
        <w:t>part of this act or the bylaws and rules of the Board.</w:t>
      </w:r>
      <w:r>
        <w:br/>
        <w:t xml:space="preserve">Added by Laws 1968, c. 245, § 22, </w:t>
      </w:r>
      <w:proofErr w:type="spellStart"/>
      <w:r>
        <w:t>emerg</w:t>
      </w:r>
      <w:proofErr w:type="spellEnd"/>
      <w:r>
        <w:t>. eff. April 26, 1968.</w:t>
      </w:r>
      <w:r>
        <w:br/>
        <w:t>Amended by Laws 1982, c. 297, § 22; Laws 1992, c. 165, § 19, eff.</w:t>
      </w:r>
      <w:r>
        <w:br/>
        <w:t>July 1, 1992; Laws 2005, c. 115, § 21, eff. Nov. 1, 2005; Laws 2010,</w:t>
      </w:r>
      <w:r>
        <w:br/>
        <w:t xml:space="preserve">c. 337, § 2, </w:t>
      </w:r>
      <w:proofErr w:type="spellStart"/>
      <w:r>
        <w:t>emerg</w:t>
      </w:r>
      <w:proofErr w:type="spellEnd"/>
      <w:r>
        <w:t>. eff. June 6, 2010; Laws 2017, c. 259, § 20, eff.</w:t>
      </w:r>
      <w:r>
        <w:br/>
        <w:t>Nov. 1, 2017; Laws 2024, c. 147, § 31, eff. Nov. 1, 2024.</w:t>
      </w:r>
      <w:r>
        <w:br/>
      </w:r>
      <w:r>
        <w:br/>
        <w:t>§59-475.22a. Surveying documents - Conditions of filing.</w:t>
      </w:r>
      <w:r>
        <w:br/>
        <w:t xml:space="preserve">    It shall be unlawful for the registrar of deeds or the county</w:t>
      </w:r>
      <w:r>
        <w:br/>
        <w:t>clerk of any county or proper public authority to file any map,</w:t>
      </w:r>
      <w:r>
        <w:br/>
        <w:t>plat, survey or other documents within the definition of surveying</w:t>
      </w:r>
      <w:r>
        <w:br/>
        <w:t>which do not have impressed thereon and affixed thereto the personal</w:t>
      </w:r>
      <w:r>
        <w:br/>
        <w:t>signature and seal of a professional surveyor by whom or under whose</w:t>
      </w:r>
      <w:r w:rsidR="005331C1">
        <w:t xml:space="preserve"> </w:t>
      </w:r>
    </w:p>
    <w:p w14:paraId="3A2CB377" w14:textId="32EBB2CD" w:rsidR="004B271D" w:rsidRDefault="00E2156E">
      <w:r>
        <w:t>direct supervision the map, plat, survey or other documents were</w:t>
      </w:r>
      <w:r>
        <w:br/>
        <w:t>prepared.</w:t>
      </w:r>
      <w:r>
        <w:br/>
        <w:t>Added by Laws 1982, c. 297, § 23. Amended by Laws 1992, c. 165, §</w:t>
      </w:r>
      <w:r>
        <w:br/>
        <w:t>20, eff. July 1, 1992; Laws 2024, c. 147, § 32, eff. Nov. 1, 2024.</w:t>
      </w:r>
      <w:r>
        <w:br/>
      </w:r>
      <w:r>
        <w:br/>
        <w:t>§59-475.22b. Repealed by Laws 1992, c. 165, § 21, eff. July 1,</w:t>
      </w:r>
      <w:r>
        <w:br/>
        <w:t>1992.</w:t>
      </w:r>
      <w:r>
        <w:br/>
      </w:r>
      <w:r>
        <w:br/>
      </w:r>
    </w:p>
    <w:sectPr w:rsidR="004B271D" w:rsidSect="00034616">
      <w:pgSz w:w="12240" w:h="15840"/>
      <w:pgMar w:top="1267" w:right="1152" w:bottom="1037" w:left="1152" w:header="432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F544" w14:textId="77777777" w:rsidR="00190663" w:rsidRDefault="00190663">
      <w:pPr>
        <w:spacing w:line="240" w:lineRule="auto"/>
      </w:pPr>
      <w:r>
        <w:separator/>
      </w:r>
    </w:p>
  </w:endnote>
  <w:endnote w:type="continuationSeparator" w:id="0">
    <w:p w14:paraId="66F2F5FA" w14:textId="77777777" w:rsidR="00190663" w:rsidRDefault="00190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E1083" w14:textId="77777777" w:rsidR="00190663" w:rsidRDefault="00190663">
      <w:pPr>
        <w:spacing w:line="240" w:lineRule="auto"/>
      </w:pPr>
      <w:r>
        <w:separator/>
      </w:r>
    </w:p>
  </w:footnote>
  <w:footnote w:type="continuationSeparator" w:id="0">
    <w:p w14:paraId="31F557D0" w14:textId="77777777" w:rsidR="00190663" w:rsidRDefault="001906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0045778">
    <w:abstractNumId w:val="8"/>
  </w:num>
  <w:num w:numId="2" w16cid:durableId="2134401759">
    <w:abstractNumId w:val="6"/>
  </w:num>
  <w:num w:numId="3" w16cid:durableId="706296051">
    <w:abstractNumId w:val="5"/>
  </w:num>
  <w:num w:numId="4" w16cid:durableId="1638603225">
    <w:abstractNumId w:val="4"/>
  </w:num>
  <w:num w:numId="5" w16cid:durableId="3098949">
    <w:abstractNumId w:val="7"/>
  </w:num>
  <w:num w:numId="6" w16cid:durableId="1875341174">
    <w:abstractNumId w:val="3"/>
  </w:num>
  <w:num w:numId="7" w16cid:durableId="1986814073">
    <w:abstractNumId w:val="2"/>
  </w:num>
  <w:num w:numId="8" w16cid:durableId="250821228">
    <w:abstractNumId w:val="1"/>
  </w:num>
  <w:num w:numId="9" w16cid:durableId="56553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0663"/>
    <w:rsid w:val="0029639D"/>
    <w:rsid w:val="00326F90"/>
    <w:rsid w:val="004B271D"/>
    <w:rsid w:val="005331C1"/>
    <w:rsid w:val="008B0176"/>
    <w:rsid w:val="00AA1D8D"/>
    <w:rsid w:val="00AB2372"/>
    <w:rsid w:val="00B47730"/>
    <w:rsid w:val="00BA7A06"/>
    <w:rsid w:val="00CB0664"/>
    <w:rsid w:val="00E215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C5956B"/>
  <w14:defaultImageDpi w14:val="300"/>
  <w15:docId w15:val="{5B2F4D20-FF1E-42CF-B07C-FD619B5B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exact"/>
    </w:pPr>
    <w:rPr>
      <w:rFonts w:ascii="Courier New" w:eastAsia="Courier New" w:hAnsi="Courier New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13954</Words>
  <Characters>79544</Characters>
  <Application>Microsoft Office Word</Application>
  <DocSecurity>0</DocSecurity>
  <Lines>662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Kathy Hart</cp:lastModifiedBy>
  <cp:revision>2</cp:revision>
  <dcterms:created xsi:type="dcterms:W3CDTF">2026-09-16T15:42:00Z</dcterms:created>
  <dcterms:modified xsi:type="dcterms:W3CDTF">2026-09-16T15:42:00Z</dcterms:modified>
  <cp:category/>
</cp:coreProperties>
</file>